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FA12D6" w14:textId="77777777" w:rsidR="00C32754" w:rsidRDefault="00000000">
      <w:pPr>
        <w:spacing w:after="440"/>
      </w:pPr>
      <w:r>
        <w:rPr>
          <w:noProof/>
        </w:rPr>
        <w:drawing>
          <wp:inline distT="0" distB="0" distL="0" distR="0" wp14:anchorId="5AAE17AC" wp14:editId="63CEF5B4">
            <wp:extent cx="6263999" cy="78584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ool_masthead.jpg"/>
                    <pic:cNvPicPr/>
                  </pic:nvPicPr>
                  <pic:blipFill>
                    <a:blip r:embed="rId8"/>
                    <a:stretch>
                      <a:fillRect/>
                    </a:stretch>
                  </pic:blipFill>
                  <pic:spPr>
                    <a:xfrm>
                      <a:off x="0" y="0"/>
                      <a:ext cx="6263999" cy="785847"/>
                    </a:xfrm>
                    <a:prstGeom prst="rect">
                      <a:avLst/>
                    </a:prstGeom>
                  </pic:spPr>
                </pic:pic>
              </a:graphicData>
            </a:graphic>
          </wp:inline>
        </w:drawing>
      </w:r>
    </w:p>
    <w:p w14:paraId="15B1A2EA" w14:textId="77777777" w:rsidR="00C32754" w:rsidRDefault="00000000">
      <w:pPr>
        <w:spacing w:after="140"/>
      </w:pPr>
      <w:r>
        <w:rPr>
          <w:b/>
          <w:color w:val="087B83"/>
          <w:sz w:val="18"/>
        </w:rPr>
        <w:t>WELCOME TO OUR SCHOOL</w:t>
      </w:r>
    </w:p>
    <w:p w14:paraId="5AC3B88F" w14:textId="77777777" w:rsidR="00C32754" w:rsidRDefault="00000000">
      <w:pPr>
        <w:pStyle w:val="Title"/>
      </w:pPr>
      <w:r>
        <w:t>Enrolment</w:t>
      </w:r>
      <w:r>
        <w:br/>
        <w:t>booklet</w:t>
      </w:r>
    </w:p>
    <w:p w14:paraId="218C1FB7" w14:textId="77777777" w:rsidR="00C32754" w:rsidRDefault="00000000">
      <w:pPr>
        <w:spacing w:after="160"/>
      </w:pPr>
      <w:r>
        <w:rPr>
          <w:color w:val="087B83"/>
          <w:sz w:val="36"/>
        </w:rPr>
        <w:t xml:space="preserve">Nau mai, </w:t>
      </w:r>
      <w:proofErr w:type="spellStart"/>
      <w:r>
        <w:rPr>
          <w:color w:val="087B83"/>
          <w:sz w:val="36"/>
        </w:rPr>
        <w:t>haere</w:t>
      </w:r>
      <w:proofErr w:type="spellEnd"/>
      <w:r>
        <w:rPr>
          <w:color w:val="087B83"/>
          <w:sz w:val="36"/>
        </w:rPr>
        <w:t xml:space="preserve"> mai</w:t>
      </w:r>
    </w:p>
    <w:p w14:paraId="17A97A30" w14:textId="77777777" w:rsidR="00C32754" w:rsidRDefault="00000000">
      <w:pPr>
        <w:spacing w:after="260"/>
      </w:pPr>
      <w:r>
        <w:rPr>
          <w:sz w:val="22"/>
        </w:rPr>
        <w:t>We look forward to getting to know your child and your whānau. This booklet brings your enrolment details and permission forms together in one place.</w:t>
      </w:r>
    </w:p>
    <w:tbl>
      <w:tblPr>
        <w:tblW w:w="0" w:type="auto"/>
        <w:jc w:val="center"/>
        <w:tblLayout w:type="fixed"/>
        <w:tblLook w:val="04A0" w:firstRow="1" w:lastRow="0" w:firstColumn="1" w:lastColumn="0" w:noHBand="0" w:noVBand="1"/>
      </w:tblPr>
      <w:tblGrid>
        <w:gridCol w:w="6803"/>
        <w:gridCol w:w="3061"/>
      </w:tblGrid>
      <w:tr w:rsidR="00C32754" w14:paraId="4D3382D1" w14:textId="77777777">
        <w:trPr>
          <w:cantSplit/>
          <w:trHeight w:val="624"/>
          <w:jc w:val="center"/>
        </w:trPr>
        <w:tc>
          <w:tcPr>
            <w:tcW w:w="6803"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5BC13A95" w14:textId="77777777" w:rsidR="00C32754" w:rsidRDefault="00000000">
            <w:pPr>
              <w:spacing w:after="40" w:line="240" w:lineRule="auto"/>
            </w:pPr>
            <w:r>
              <w:rPr>
                <w:b/>
                <w:color w:val="283E65"/>
                <w:sz w:val="18"/>
              </w:rPr>
              <w:t>Child’s full name</w:t>
            </w:r>
          </w:p>
          <w:p w14:paraId="1EF15A58" w14:textId="77777777" w:rsidR="00C32754" w:rsidRDefault="00000000">
            <w:pPr>
              <w:spacing w:after="0" w:line="240" w:lineRule="auto"/>
            </w:pPr>
            <w:sdt>
              <w:sdtPr>
                <w:alias w:val="Child’s full name"/>
                <w:tag w:val="Child’s full name"/>
                <w:id w:val="101"/>
                <w:text/>
              </w:sdtPr>
              <w:sdtContent>
                <w:r>
                  <w:t xml:space="preserve">                     </w:t>
                </w:r>
              </w:sdtContent>
            </w:sdt>
          </w:p>
        </w:tc>
        <w:tc>
          <w:tcPr>
            <w:tcW w:w="3061"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2C23B13F" w14:textId="77777777" w:rsidR="00C32754" w:rsidRDefault="00000000">
            <w:pPr>
              <w:spacing w:after="40" w:line="240" w:lineRule="auto"/>
            </w:pPr>
            <w:r>
              <w:rPr>
                <w:b/>
                <w:color w:val="283E65"/>
                <w:sz w:val="18"/>
              </w:rPr>
              <w:t>Enrolment / school year</w:t>
            </w:r>
          </w:p>
          <w:p w14:paraId="7053781A" w14:textId="77777777" w:rsidR="00C32754" w:rsidRDefault="00000000">
            <w:pPr>
              <w:spacing w:after="0" w:line="240" w:lineRule="auto"/>
            </w:pPr>
            <w:sdt>
              <w:sdtPr>
                <w:alias w:val="Enrolment / school year"/>
                <w:tag w:val="Enrolment / school year"/>
                <w:id w:val="102"/>
                <w:text/>
              </w:sdtPr>
              <w:sdtContent>
                <w:r>
                  <w:t xml:space="preserve">                     </w:t>
                </w:r>
              </w:sdtContent>
            </w:sdt>
          </w:p>
        </w:tc>
      </w:tr>
    </w:tbl>
    <w:p w14:paraId="4C2E720D" w14:textId="77777777" w:rsidR="00C32754" w:rsidRDefault="00C32754">
      <w:pPr>
        <w:spacing w:after="60" w:line="40" w:lineRule="exact"/>
      </w:pPr>
    </w:p>
    <w:p w14:paraId="2CDA4CAB" w14:textId="77777777" w:rsidR="00C32754" w:rsidRDefault="00000000">
      <w:pPr>
        <w:pStyle w:val="Heading2"/>
      </w:pPr>
      <w:r>
        <w:t>How to complete this booklet</w:t>
      </w:r>
    </w:p>
    <w:p w14:paraId="4DBBFDD5" w14:textId="77777777" w:rsidR="00C32754" w:rsidRDefault="00000000">
      <w:r>
        <w:t xml:space="preserve">1. Fill in pages 2–7. Write </w:t>
      </w:r>
      <w:proofErr w:type="gramStart"/>
      <w:r>
        <w:t>clearly, or</w:t>
      </w:r>
      <w:proofErr w:type="gramEnd"/>
      <w:r>
        <w:t xml:space="preserve"> type into the shaded fields in Microsoft Word. Tick the boxes that apply. If a question does not apply, write “N/A”.</w:t>
      </w:r>
    </w:p>
    <w:p w14:paraId="4005B9AF" w14:textId="77777777" w:rsidR="00C32754" w:rsidRDefault="00000000">
      <w:r>
        <w:t xml:space="preserve">2. Read the </w:t>
      </w:r>
      <w:proofErr w:type="spellStart"/>
      <w:r>
        <w:t>cybersafety</w:t>
      </w:r>
      <w:proofErr w:type="spellEnd"/>
      <w:r>
        <w:t xml:space="preserve"> agreement with your child on page 8. Complete the separate permissions on pages 9 and </w:t>
      </w:r>
      <w:proofErr w:type="gramStart"/>
      <w:r>
        <w:t>10, and</w:t>
      </w:r>
      <w:proofErr w:type="gramEnd"/>
      <w:r>
        <w:t xml:space="preserve"> sign each section where requested.</w:t>
      </w:r>
    </w:p>
    <w:p w14:paraId="36B1383B" w14:textId="77777777" w:rsidR="00C32754" w:rsidRDefault="00000000">
      <w:r>
        <w:t>3. Return the completed forms to the school office. Page 11 is for staff. Keep this welcome page and the oral health information on page 12 for reference.</w:t>
      </w:r>
    </w:p>
    <w:p w14:paraId="47C6F81D" w14:textId="77777777" w:rsidR="00C32754" w:rsidRDefault="00000000">
      <w:pPr>
        <w:pStyle w:val="Heading2"/>
      </w:pPr>
      <w:r>
        <w:t>Have these ready</w:t>
      </w:r>
    </w:p>
    <w:p w14:paraId="4730C9DF" w14:textId="2A780D97" w:rsidR="00C32754" w:rsidRDefault="00000000">
      <w:pPr>
        <w:spacing w:after="80"/>
      </w:pPr>
      <w:sdt>
        <w:sdtPr>
          <w:alias w:val="Birth certificate or passport for verification"/>
          <w:id w:val="103"/>
          <w14:checkbox>
            <w14:checked w14:val="0"/>
            <w14:checkedState w14:val="2612" w14:font="DejaVu Sans"/>
            <w14:uncheckedState w14:val="2610" w14:font="DejaVu Sans"/>
          </w14:checkbox>
        </w:sdtPr>
        <w:sdtContent>
          <w:r>
            <w:rPr>
              <w:rFonts w:ascii="DejaVu Sans" w:hAnsi="DejaVu Sans"/>
              <w:sz w:val="22"/>
            </w:rPr>
            <w:t>☐</w:t>
          </w:r>
        </w:sdtContent>
      </w:sdt>
      <w:r>
        <w:t xml:space="preserve"> Birth certificate or passport for verification     </w:t>
      </w:r>
    </w:p>
    <w:p w14:paraId="35BD5B89" w14:textId="77777777" w:rsidR="00C32754" w:rsidRDefault="00000000">
      <w:pPr>
        <w:spacing w:after="80"/>
      </w:pPr>
      <w:sdt>
        <w:sdtPr>
          <w:alias w:val="Relevant court orders, if any"/>
          <w:id w:val="105"/>
          <w14:checkbox>
            <w14:checked w14:val="0"/>
            <w14:checkedState w14:val="2612" w14:font="DejaVu Sans"/>
            <w14:uncheckedState w14:val="2610" w14:font="DejaVu Sans"/>
          </w14:checkbox>
        </w:sdtPr>
        <w:sdtContent>
          <w:r>
            <w:rPr>
              <w:rFonts w:ascii="DejaVu Sans" w:hAnsi="DejaVu Sans"/>
              <w:sz w:val="22"/>
            </w:rPr>
            <w:t>☐</w:t>
          </w:r>
        </w:sdtContent>
      </w:sdt>
      <w:r>
        <w:t xml:space="preserve"> Relevant court orders, if any   </w:t>
      </w:r>
    </w:p>
    <w:p w14:paraId="3C6D6359" w14:textId="77777777" w:rsidR="00C32754" w:rsidRDefault="00000000">
      <w:pPr>
        <w:spacing w:after="80"/>
      </w:pPr>
      <w:sdt>
        <w:sdtPr>
          <w:alias w:val="Health, learning or support information you want us to know"/>
          <w:id w:val="106"/>
          <w14:checkbox>
            <w14:checked w14:val="0"/>
            <w14:checkedState w14:val="2612" w14:font="DejaVu Sans"/>
            <w14:uncheckedState w14:val="2610" w14:font="DejaVu Sans"/>
          </w14:checkbox>
        </w:sdtPr>
        <w:sdtContent>
          <w:r>
            <w:rPr>
              <w:rFonts w:ascii="DejaVu Sans" w:hAnsi="DejaVu Sans"/>
              <w:sz w:val="22"/>
            </w:rPr>
            <w:t>☐</w:t>
          </w:r>
        </w:sdtContent>
      </w:sdt>
      <w:r>
        <w:t xml:space="preserve"> Health, learning or support information you want us to know   </w:t>
      </w:r>
    </w:p>
    <w:p w14:paraId="4B89193C" w14:textId="77777777" w:rsidR="00C32754" w:rsidRDefault="00000000">
      <w:pPr>
        <w:spacing w:after="140"/>
      </w:pPr>
      <w:r>
        <w:rPr>
          <w:sz w:val="19"/>
        </w:rPr>
        <w:t>If your child has attended another school, have its name and address ready. Ask the office if you need help or are unsure about a document.</w:t>
      </w:r>
    </w:p>
    <w:tbl>
      <w:tblPr>
        <w:tblW w:w="0" w:type="auto"/>
        <w:jc w:val="center"/>
        <w:tblLook w:val="04A0" w:firstRow="1" w:lastRow="0" w:firstColumn="1" w:lastColumn="0" w:noHBand="0" w:noVBand="1"/>
      </w:tblPr>
      <w:tblGrid>
        <w:gridCol w:w="9866"/>
      </w:tblGrid>
      <w:tr w:rsidR="00C32754" w14:paraId="5D1ADAC2" w14:textId="77777777">
        <w:trPr>
          <w:jc w:val="center"/>
        </w:trPr>
        <w:tc>
          <w:tcPr>
            <w:tcW w:w="9866" w:type="dxa"/>
            <w:shd w:val="clear" w:color="auto" w:fill="F0F6F7"/>
            <w:tcMar>
              <w:top w:w="140" w:type="dxa"/>
              <w:left w:w="100" w:type="dxa"/>
              <w:bottom w:w="140" w:type="dxa"/>
              <w:right w:w="100" w:type="dxa"/>
            </w:tcMar>
          </w:tcPr>
          <w:p w14:paraId="6599ECB5" w14:textId="77777777" w:rsidR="00C32754" w:rsidRDefault="00000000">
            <w:pPr>
              <w:spacing w:before="40" w:after="40"/>
            </w:pPr>
            <w:r>
              <w:rPr>
                <w:color w:val="283E65"/>
                <w:sz w:val="20"/>
              </w:rPr>
              <w:t>Need a hand? Our school office can help you complete the forms. Please let us know if you would like to talk through any section.</w:t>
            </w:r>
          </w:p>
        </w:tc>
      </w:tr>
    </w:tbl>
    <w:p w14:paraId="6A4719BE" w14:textId="77777777" w:rsidR="00C32754" w:rsidRDefault="00C32754">
      <w:pPr>
        <w:spacing w:after="80" w:line="40" w:lineRule="exact"/>
      </w:pPr>
    </w:p>
    <w:p w14:paraId="44B382FD" w14:textId="77777777" w:rsidR="00C32754" w:rsidRDefault="00000000">
      <w:pPr>
        <w:spacing w:after="60"/>
      </w:pPr>
      <w:r>
        <w:rPr>
          <w:b/>
          <w:color w:val="283E65"/>
          <w:sz w:val="20"/>
        </w:rPr>
        <w:t xml:space="preserve">Church Road, </w:t>
      </w:r>
      <w:proofErr w:type="gramStart"/>
      <w:r>
        <w:rPr>
          <w:b/>
          <w:color w:val="283E65"/>
          <w:sz w:val="20"/>
        </w:rPr>
        <w:t>Kaitaia  |</w:t>
      </w:r>
      <w:proofErr w:type="gramEnd"/>
      <w:r>
        <w:rPr>
          <w:b/>
          <w:color w:val="283E65"/>
          <w:sz w:val="20"/>
        </w:rPr>
        <w:t xml:space="preserve">  09 408 0228</w:t>
      </w:r>
    </w:p>
    <w:p w14:paraId="35B4EC24" w14:textId="77777777" w:rsidR="00C32754" w:rsidRDefault="00000000">
      <w:pPr>
        <w:spacing w:after="0"/>
      </w:pPr>
      <w:proofErr w:type="gramStart"/>
      <w:r>
        <w:rPr>
          <w:color w:val="283E65"/>
          <w:sz w:val="20"/>
        </w:rPr>
        <w:t>kaitaiaps@xtra.co.nz  |</w:t>
      </w:r>
      <w:proofErr w:type="gramEnd"/>
      <w:r>
        <w:rPr>
          <w:color w:val="283E65"/>
          <w:sz w:val="20"/>
        </w:rPr>
        <w:t xml:space="preserve">  www.kaitaiaprimary.school.nz</w:t>
      </w:r>
    </w:p>
    <w:p w14:paraId="78D3FECF" w14:textId="77777777" w:rsidR="00C32754" w:rsidRDefault="00000000">
      <w:pPr>
        <w:pageBreakBefore/>
        <w:spacing w:after="100"/>
      </w:pPr>
      <w:proofErr w:type="gramStart"/>
      <w:r>
        <w:rPr>
          <w:b/>
          <w:color w:val="087B83"/>
          <w:sz w:val="16"/>
        </w:rPr>
        <w:lastRenderedPageBreak/>
        <w:t>02  /</w:t>
      </w:r>
      <w:proofErr w:type="gramEnd"/>
      <w:r>
        <w:rPr>
          <w:b/>
          <w:color w:val="087B83"/>
          <w:sz w:val="16"/>
        </w:rPr>
        <w:t xml:space="preserve">  FAMILY INFORMATION</w:t>
      </w:r>
    </w:p>
    <w:p w14:paraId="77E35451" w14:textId="77777777" w:rsidR="00C32754" w:rsidRDefault="00000000">
      <w:pPr>
        <w:pStyle w:val="Heading1"/>
      </w:pPr>
      <w:r>
        <w:t>About your child</w:t>
      </w:r>
    </w:p>
    <w:p w14:paraId="672690D9" w14:textId="77777777" w:rsidR="00C32754" w:rsidRDefault="00000000">
      <w:pPr>
        <w:spacing w:after="160"/>
      </w:pPr>
      <w:r>
        <w:t>Please use the name shown on your child’s birth certificate or passport for their legal name.</w:t>
      </w:r>
    </w:p>
    <w:tbl>
      <w:tblPr>
        <w:tblW w:w="0" w:type="auto"/>
        <w:jc w:val="center"/>
        <w:tblLayout w:type="fixed"/>
        <w:tblLook w:val="04A0" w:firstRow="1" w:lastRow="0" w:firstColumn="1" w:lastColumn="0" w:noHBand="0" w:noVBand="1"/>
      </w:tblPr>
      <w:tblGrid>
        <w:gridCol w:w="4932"/>
        <w:gridCol w:w="4932"/>
      </w:tblGrid>
      <w:tr w:rsidR="00C32754" w14:paraId="1CDEC4DE" w14:textId="77777777">
        <w:trPr>
          <w:cantSplit/>
          <w:trHeight w:val="556"/>
          <w:jc w:val="center"/>
        </w:trPr>
        <w:tc>
          <w:tcPr>
            <w:tcW w:w="4932"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4D8FC48D" w14:textId="77777777" w:rsidR="00C32754" w:rsidRDefault="00000000">
            <w:pPr>
              <w:spacing w:after="40" w:line="240" w:lineRule="auto"/>
            </w:pPr>
            <w:r>
              <w:rPr>
                <w:b/>
                <w:color w:val="283E65"/>
                <w:sz w:val="18"/>
              </w:rPr>
              <w:t>Legal surname / family name</w:t>
            </w:r>
          </w:p>
          <w:p w14:paraId="1F742865" w14:textId="77777777" w:rsidR="00C32754" w:rsidRDefault="00000000">
            <w:pPr>
              <w:spacing w:after="0" w:line="240" w:lineRule="auto"/>
            </w:pPr>
            <w:sdt>
              <w:sdtPr>
                <w:alias w:val="Legal surname / family name"/>
                <w:tag w:val="Legal surname / family name"/>
                <w:id w:val="107"/>
                <w:text/>
              </w:sdtPr>
              <w:sdtContent>
                <w:r>
                  <w:t xml:space="preserve">                     </w:t>
                </w:r>
              </w:sdtContent>
            </w:sdt>
          </w:p>
        </w:tc>
        <w:tc>
          <w:tcPr>
            <w:tcW w:w="4932"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463E75FF" w14:textId="77777777" w:rsidR="00C32754" w:rsidRDefault="00000000">
            <w:pPr>
              <w:spacing w:after="40" w:line="240" w:lineRule="auto"/>
            </w:pPr>
            <w:r>
              <w:rPr>
                <w:b/>
                <w:color w:val="283E65"/>
                <w:sz w:val="18"/>
              </w:rPr>
              <w:t>Legal first name(s)</w:t>
            </w:r>
          </w:p>
          <w:p w14:paraId="6541802A" w14:textId="77777777" w:rsidR="00C32754" w:rsidRDefault="00000000">
            <w:pPr>
              <w:spacing w:after="0" w:line="240" w:lineRule="auto"/>
            </w:pPr>
            <w:sdt>
              <w:sdtPr>
                <w:alias w:val="Legal first name(s)"/>
                <w:tag w:val="Legal first name(s)"/>
                <w:id w:val="108"/>
                <w:text/>
              </w:sdtPr>
              <w:sdtContent>
                <w:r>
                  <w:t xml:space="preserve">                     </w:t>
                </w:r>
              </w:sdtContent>
            </w:sdt>
          </w:p>
        </w:tc>
      </w:tr>
    </w:tbl>
    <w:p w14:paraId="29334AEC" w14:textId="77777777" w:rsidR="00C32754" w:rsidRDefault="00C32754">
      <w:pPr>
        <w:spacing w:after="60" w:line="40" w:lineRule="exact"/>
      </w:pPr>
    </w:p>
    <w:tbl>
      <w:tblPr>
        <w:tblW w:w="0" w:type="auto"/>
        <w:jc w:val="center"/>
        <w:tblLayout w:type="fixed"/>
        <w:tblLook w:val="04A0" w:firstRow="1" w:lastRow="0" w:firstColumn="1" w:lastColumn="0" w:noHBand="0" w:noVBand="1"/>
      </w:tblPr>
      <w:tblGrid>
        <w:gridCol w:w="4932"/>
        <w:gridCol w:w="4932"/>
      </w:tblGrid>
      <w:tr w:rsidR="00C32754" w14:paraId="7010B92D" w14:textId="77777777">
        <w:trPr>
          <w:cantSplit/>
          <w:trHeight w:val="556"/>
          <w:jc w:val="center"/>
        </w:trPr>
        <w:tc>
          <w:tcPr>
            <w:tcW w:w="4932"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2FCE0425" w14:textId="77777777" w:rsidR="00C32754" w:rsidRDefault="00000000">
            <w:pPr>
              <w:spacing w:after="40" w:line="240" w:lineRule="auto"/>
            </w:pPr>
            <w:r>
              <w:rPr>
                <w:b/>
                <w:color w:val="283E65"/>
                <w:sz w:val="18"/>
              </w:rPr>
              <w:t>Preferred surname / family name</w:t>
            </w:r>
          </w:p>
          <w:p w14:paraId="0D81D311" w14:textId="77777777" w:rsidR="00C32754" w:rsidRDefault="00000000">
            <w:pPr>
              <w:spacing w:after="0" w:line="240" w:lineRule="auto"/>
            </w:pPr>
            <w:sdt>
              <w:sdtPr>
                <w:alias w:val="Preferred surname / family name"/>
                <w:tag w:val="Preferred surname / family name"/>
                <w:id w:val="109"/>
                <w:text/>
              </w:sdtPr>
              <w:sdtContent>
                <w:r>
                  <w:t xml:space="preserve">                     </w:t>
                </w:r>
              </w:sdtContent>
            </w:sdt>
          </w:p>
        </w:tc>
        <w:tc>
          <w:tcPr>
            <w:tcW w:w="4932"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488ADB90" w14:textId="77777777" w:rsidR="00C32754" w:rsidRDefault="00000000">
            <w:pPr>
              <w:spacing w:after="40" w:line="240" w:lineRule="auto"/>
            </w:pPr>
            <w:r>
              <w:rPr>
                <w:b/>
                <w:color w:val="283E65"/>
                <w:sz w:val="18"/>
              </w:rPr>
              <w:t>Preferred first name</w:t>
            </w:r>
          </w:p>
          <w:p w14:paraId="1215F97C" w14:textId="77777777" w:rsidR="00C32754" w:rsidRDefault="00000000">
            <w:pPr>
              <w:spacing w:after="0" w:line="240" w:lineRule="auto"/>
            </w:pPr>
            <w:sdt>
              <w:sdtPr>
                <w:alias w:val="Preferred first name"/>
                <w:tag w:val="Preferred first name"/>
                <w:id w:val="110"/>
                <w:text/>
              </w:sdtPr>
              <w:sdtContent>
                <w:r>
                  <w:t xml:space="preserve">                     </w:t>
                </w:r>
              </w:sdtContent>
            </w:sdt>
          </w:p>
        </w:tc>
      </w:tr>
    </w:tbl>
    <w:p w14:paraId="4C9CD6DA" w14:textId="77777777" w:rsidR="00C32754" w:rsidRDefault="00C32754">
      <w:pPr>
        <w:spacing w:after="60" w:line="40" w:lineRule="exact"/>
      </w:pPr>
    </w:p>
    <w:tbl>
      <w:tblPr>
        <w:tblW w:w="0" w:type="auto"/>
        <w:jc w:val="center"/>
        <w:tblLayout w:type="fixed"/>
        <w:tblLook w:val="04A0" w:firstRow="1" w:lastRow="0" w:firstColumn="1" w:lastColumn="0" w:noHBand="0" w:noVBand="1"/>
      </w:tblPr>
      <w:tblGrid>
        <w:gridCol w:w="3515"/>
        <w:gridCol w:w="2438"/>
        <w:gridCol w:w="3912"/>
      </w:tblGrid>
      <w:tr w:rsidR="00C32754" w14:paraId="2104F56D" w14:textId="77777777">
        <w:trPr>
          <w:cantSplit/>
          <w:trHeight w:val="624"/>
          <w:jc w:val="center"/>
        </w:trPr>
        <w:tc>
          <w:tcPr>
            <w:tcW w:w="3515"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37EB4B6D" w14:textId="77777777" w:rsidR="00C32754" w:rsidRDefault="00000000">
            <w:pPr>
              <w:spacing w:after="40" w:line="240" w:lineRule="auto"/>
            </w:pPr>
            <w:r>
              <w:rPr>
                <w:b/>
                <w:color w:val="283E65"/>
                <w:sz w:val="18"/>
              </w:rPr>
              <w:t>Date of birth (DD / MM / YYYY)</w:t>
            </w:r>
          </w:p>
          <w:p w14:paraId="58B97375" w14:textId="77777777" w:rsidR="00C32754" w:rsidRDefault="00000000">
            <w:pPr>
              <w:spacing w:after="0" w:line="240" w:lineRule="auto"/>
            </w:pPr>
            <w:sdt>
              <w:sdtPr>
                <w:alias w:val="Date of birth (DD / MM / YYYY)"/>
                <w:tag w:val="Date of birth (DD / MM / YYYY)"/>
                <w:id w:val="111"/>
                <w:text/>
              </w:sdtPr>
              <w:sdtContent>
                <w:r>
                  <w:t xml:space="preserve">                     </w:t>
                </w:r>
              </w:sdtContent>
            </w:sdt>
          </w:p>
        </w:tc>
        <w:tc>
          <w:tcPr>
            <w:tcW w:w="2438"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5D8F27B1" w14:textId="77777777" w:rsidR="00C32754" w:rsidRDefault="00000000">
            <w:pPr>
              <w:spacing w:after="40" w:line="240" w:lineRule="auto"/>
            </w:pPr>
            <w:r>
              <w:rPr>
                <w:b/>
                <w:color w:val="283E65"/>
                <w:sz w:val="18"/>
              </w:rPr>
              <w:t>Gender</w:t>
            </w:r>
          </w:p>
          <w:p w14:paraId="57F2A97C" w14:textId="77777777" w:rsidR="00C32754" w:rsidRDefault="00000000">
            <w:pPr>
              <w:spacing w:after="0" w:line="240" w:lineRule="auto"/>
            </w:pPr>
            <w:sdt>
              <w:sdtPr>
                <w:alias w:val="Gender"/>
                <w:tag w:val="Gender"/>
                <w:id w:val="112"/>
                <w:text/>
              </w:sdtPr>
              <w:sdtContent>
                <w:r>
                  <w:t xml:space="preserve">                     </w:t>
                </w:r>
              </w:sdtContent>
            </w:sdt>
          </w:p>
        </w:tc>
        <w:tc>
          <w:tcPr>
            <w:tcW w:w="3912"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135CE160" w14:textId="77777777" w:rsidR="00C32754" w:rsidRDefault="00000000">
            <w:pPr>
              <w:spacing w:after="40" w:line="240" w:lineRule="auto"/>
            </w:pPr>
            <w:r>
              <w:rPr>
                <w:b/>
                <w:color w:val="283E65"/>
                <w:sz w:val="18"/>
              </w:rPr>
              <w:t>Place in family (e.g. 1st of 3)</w:t>
            </w:r>
          </w:p>
          <w:p w14:paraId="6D3EE5DB" w14:textId="77777777" w:rsidR="00C32754" w:rsidRDefault="00000000">
            <w:pPr>
              <w:spacing w:after="0" w:line="240" w:lineRule="auto"/>
            </w:pPr>
            <w:sdt>
              <w:sdtPr>
                <w:alias w:val="Place in family (e.g. 1st of 3)"/>
                <w:tag w:val="Place in family (e.g. 1st of 3)"/>
                <w:id w:val="113"/>
                <w:text/>
              </w:sdtPr>
              <w:sdtContent>
                <w:r>
                  <w:t xml:space="preserve">                     </w:t>
                </w:r>
              </w:sdtContent>
            </w:sdt>
          </w:p>
        </w:tc>
      </w:tr>
    </w:tbl>
    <w:p w14:paraId="56481B9B" w14:textId="77777777" w:rsidR="00C32754" w:rsidRDefault="00C32754">
      <w:pPr>
        <w:spacing w:after="60" w:line="40" w:lineRule="exact"/>
      </w:pPr>
    </w:p>
    <w:tbl>
      <w:tblPr>
        <w:tblW w:w="0" w:type="auto"/>
        <w:jc w:val="center"/>
        <w:tblLayout w:type="fixed"/>
        <w:tblLook w:val="04A0" w:firstRow="1" w:lastRow="0" w:firstColumn="1" w:lastColumn="0" w:noHBand="0" w:noVBand="1"/>
      </w:tblPr>
      <w:tblGrid>
        <w:gridCol w:w="4932"/>
        <w:gridCol w:w="4932"/>
      </w:tblGrid>
      <w:tr w:rsidR="00C32754" w14:paraId="7EDC2471" w14:textId="77777777">
        <w:trPr>
          <w:cantSplit/>
          <w:trHeight w:val="556"/>
          <w:jc w:val="center"/>
        </w:trPr>
        <w:tc>
          <w:tcPr>
            <w:tcW w:w="4932"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2757EE50" w14:textId="77777777" w:rsidR="00C32754" w:rsidRDefault="00000000">
            <w:pPr>
              <w:spacing w:after="40" w:line="240" w:lineRule="auto"/>
            </w:pPr>
            <w:r>
              <w:rPr>
                <w:b/>
                <w:color w:val="283E65"/>
                <w:sz w:val="18"/>
              </w:rPr>
              <w:t>Country of birth</w:t>
            </w:r>
          </w:p>
          <w:p w14:paraId="735E4734" w14:textId="77777777" w:rsidR="00C32754" w:rsidRDefault="00000000">
            <w:pPr>
              <w:spacing w:after="0" w:line="240" w:lineRule="auto"/>
            </w:pPr>
            <w:sdt>
              <w:sdtPr>
                <w:alias w:val="Country of birth"/>
                <w:tag w:val="Country of birth"/>
                <w:id w:val="114"/>
                <w:text/>
              </w:sdtPr>
              <w:sdtContent>
                <w:r>
                  <w:t xml:space="preserve">                     </w:t>
                </w:r>
              </w:sdtContent>
            </w:sdt>
          </w:p>
        </w:tc>
        <w:tc>
          <w:tcPr>
            <w:tcW w:w="4932"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02DE956C" w14:textId="77777777" w:rsidR="00C32754" w:rsidRDefault="00000000">
            <w:pPr>
              <w:spacing w:after="40" w:line="240" w:lineRule="auto"/>
            </w:pPr>
            <w:r>
              <w:rPr>
                <w:b/>
                <w:color w:val="283E65"/>
                <w:sz w:val="18"/>
              </w:rPr>
              <w:t>Current class / year level (if known)</w:t>
            </w:r>
          </w:p>
          <w:p w14:paraId="301709B5" w14:textId="77777777" w:rsidR="00C32754" w:rsidRDefault="00000000">
            <w:pPr>
              <w:spacing w:after="0" w:line="240" w:lineRule="auto"/>
            </w:pPr>
            <w:sdt>
              <w:sdtPr>
                <w:alias w:val="Current class / year level (if known)"/>
                <w:tag w:val="Current class / year level (if known)"/>
                <w:id w:val="115"/>
                <w:text/>
              </w:sdtPr>
              <w:sdtContent>
                <w:r>
                  <w:t xml:space="preserve">                     </w:t>
                </w:r>
              </w:sdtContent>
            </w:sdt>
          </w:p>
        </w:tc>
      </w:tr>
    </w:tbl>
    <w:p w14:paraId="5E6F0307" w14:textId="77777777" w:rsidR="00C32754" w:rsidRDefault="00C32754">
      <w:pPr>
        <w:spacing w:after="60" w:line="40" w:lineRule="exact"/>
      </w:pPr>
    </w:p>
    <w:tbl>
      <w:tblPr>
        <w:tblW w:w="0" w:type="auto"/>
        <w:jc w:val="center"/>
        <w:tblLayout w:type="fixed"/>
        <w:tblLook w:val="04A0" w:firstRow="1" w:lastRow="0" w:firstColumn="1" w:lastColumn="0" w:noHBand="0" w:noVBand="1"/>
      </w:tblPr>
      <w:tblGrid>
        <w:gridCol w:w="9865"/>
      </w:tblGrid>
      <w:tr w:rsidR="00C32754" w14:paraId="19912344" w14:textId="77777777">
        <w:trPr>
          <w:cantSplit/>
          <w:trHeight w:val="862"/>
          <w:jc w:val="center"/>
        </w:trPr>
        <w:tc>
          <w:tcPr>
            <w:tcW w:w="9865"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63D406AC" w14:textId="77777777" w:rsidR="00C32754" w:rsidRDefault="00000000">
            <w:pPr>
              <w:spacing w:after="40" w:line="240" w:lineRule="auto"/>
            </w:pPr>
            <w:r>
              <w:rPr>
                <w:b/>
                <w:color w:val="283E65"/>
                <w:sz w:val="18"/>
              </w:rPr>
              <w:t>Home address</w:t>
            </w:r>
          </w:p>
          <w:p w14:paraId="5810DA3C" w14:textId="77777777" w:rsidR="00C32754" w:rsidRDefault="00000000">
            <w:pPr>
              <w:spacing w:after="0" w:line="240" w:lineRule="auto"/>
            </w:pPr>
            <w:sdt>
              <w:sdtPr>
                <w:alias w:val="Home address"/>
                <w:tag w:val="Home address"/>
                <w:id w:val="116"/>
                <w:text/>
              </w:sdtPr>
              <w:sdtContent>
                <w:r>
                  <w:t xml:space="preserve">                     </w:t>
                </w:r>
              </w:sdtContent>
            </w:sdt>
          </w:p>
        </w:tc>
      </w:tr>
    </w:tbl>
    <w:p w14:paraId="700297A8" w14:textId="77777777" w:rsidR="00C32754" w:rsidRDefault="00C32754">
      <w:pPr>
        <w:spacing w:after="60" w:line="40" w:lineRule="exact"/>
      </w:pPr>
    </w:p>
    <w:tbl>
      <w:tblPr>
        <w:tblW w:w="0" w:type="auto"/>
        <w:jc w:val="center"/>
        <w:tblLayout w:type="fixed"/>
        <w:tblLook w:val="04A0" w:firstRow="1" w:lastRow="0" w:firstColumn="1" w:lastColumn="0" w:noHBand="0" w:noVBand="1"/>
      </w:tblPr>
      <w:tblGrid>
        <w:gridCol w:w="9865"/>
      </w:tblGrid>
      <w:tr w:rsidR="00C32754" w14:paraId="036059D8" w14:textId="77777777">
        <w:trPr>
          <w:cantSplit/>
          <w:trHeight w:val="556"/>
          <w:jc w:val="center"/>
        </w:trPr>
        <w:tc>
          <w:tcPr>
            <w:tcW w:w="9865"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2E80EB76" w14:textId="77777777" w:rsidR="00C32754" w:rsidRDefault="00000000">
            <w:pPr>
              <w:spacing w:after="40" w:line="240" w:lineRule="auto"/>
            </w:pPr>
            <w:r>
              <w:rPr>
                <w:b/>
                <w:color w:val="283E65"/>
                <w:sz w:val="18"/>
              </w:rPr>
              <w:t>Rural emergency number (if applicable)</w:t>
            </w:r>
          </w:p>
          <w:p w14:paraId="22D5E935" w14:textId="77777777" w:rsidR="00C32754" w:rsidRDefault="00000000">
            <w:pPr>
              <w:spacing w:after="0" w:line="240" w:lineRule="auto"/>
            </w:pPr>
            <w:sdt>
              <w:sdtPr>
                <w:alias w:val="Rural emergency number (if applicable)"/>
                <w:tag w:val="Rural emergency number (if applicable)"/>
                <w:id w:val="117"/>
                <w:text/>
              </w:sdtPr>
              <w:sdtContent>
                <w:r>
                  <w:t xml:space="preserve">                     </w:t>
                </w:r>
              </w:sdtContent>
            </w:sdt>
          </w:p>
        </w:tc>
      </w:tr>
    </w:tbl>
    <w:p w14:paraId="226360CD" w14:textId="77777777" w:rsidR="00C32754" w:rsidRDefault="00C32754">
      <w:pPr>
        <w:spacing w:after="60" w:line="40" w:lineRule="exact"/>
      </w:pPr>
    </w:p>
    <w:p w14:paraId="6EE11FD8" w14:textId="11764AA7" w:rsidR="00C32754" w:rsidRDefault="00000000">
      <w:r>
        <w:t xml:space="preserve"> </w:t>
      </w:r>
    </w:p>
    <w:tbl>
      <w:tblPr>
        <w:tblW w:w="0" w:type="auto"/>
        <w:jc w:val="center"/>
        <w:tblLayout w:type="fixed"/>
        <w:tblLook w:val="04A0" w:firstRow="1" w:lastRow="0" w:firstColumn="1" w:lastColumn="0" w:noHBand="0" w:noVBand="1"/>
      </w:tblPr>
      <w:tblGrid>
        <w:gridCol w:w="9865"/>
      </w:tblGrid>
      <w:tr w:rsidR="00C32754" w14:paraId="6CBC4C74" w14:textId="77777777">
        <w:trPr>
          <w:cantSplit/>
          <w:trHeight w:val="556"/>
          <w:jc w:val="center"/>
        </w:trPr>
        <w:tc>
          <w:tcPr>
            <w:tcW w:w="9865"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4D8F9DB3" w14:textId="77777777" w:rsidR="00C32754" w:rsidRDefault="00000000">
            <w:pPr>
              <w:spacing w:after="40" w:line="240" w:lineRule="auto"/>
            </w:pPr>
            <w:r>
              <w:rPr>
                <w:b/>
                <w:color w:val="283E65"/>
                <w:sz w:val="18"/>
              </w:rPr>
              <w:t>Home language(s)</w:t>
            </w:r>
          </w:p>
          <w:p w14:paraId="19A1BC2A" w14:textId="77777777" w:rsidR="00C32754" w:rsidRDefault="00000000">
            <w:pPr>
              <w:spacing w:after="0" w:line="240" w:lineRule="auto"/>
            </w:pPr>
            <w:sdt>
              <w:sdtPr>
                <w:alias w:val="Home language(s)"/>
                <w:tag w:val="Home language(s)"/>
                <w:id w:val="121"/>
                <w:text/>
              </w:sdtPr>
              <w:sdtContent>
                <w:r>
                  <w:t xml:space="preserve">                     </w:t>
                </w:r>
              </w:sdtContent>
            </w:sdt>
          </w:p>
        </w:tc>
      </w:tr>
    </w:tbl>
    <w:p w14:paraId="0ECDFCFF" w14:textId="77777777" w:rsidR="00C32754" w:rsidRDefault="00C32754">
      <w:pPr>
        <w:spacing w:after="60" w:line="40" w:lineRule="exact"/>
      </w:pPr>
    </w:p>
    <w:p w14:paraId="0F6F8A0C" w14:textId="77777777" w:rsidR="00C32754" w:rsidRDefault="00000000">
      <w:pPr>
        <w:pStyle w:val="Heading2"/>
      </w:pPr>
      <w:r>
        <w:t>Culture and identity</w:t>
      </w:r>
    </w:p>
    <w:p w14:paraId="450FA5CE" w14:textId="77777777" w:rsidR="00C32754" w:rsidRDefault="00000000">
      <w:pPr>
        <w:spacing w:after="140"/>
      </w:pPr>
      <w:r>
        <w:rPr>
          <w:sz w:val="19"/>
        </w:rPr>
        <w:t>Please list up to three ethnicities, if applicable.</w:t>
      </w:r>
    </w:p>
    <w:tbl>
      <w:tblPr>
        <w:tblW w:w="0" w:type="auto"/>
        <w:jc w:val="center"/>
        <w:tblLayout w:type="fixed"/>
        <w:tblLook w:val="04A0" w:firstRow="1" w:lastRow="0" w:firstColumn="1" w:lastColumn="0" w:noHBand="0" w:noVBand="1"/>
      </w:tblPr>
      <w:tblGrid>
        <w:gridCol w:w="3288"/>
        <w:gridCol w:w="3288"/>
        <w:gridCol w:w="3288"/>
      </w:tblGrid>
      <w:tr w:rsidR="00C32754" w14:paraId="1473735A" w14:textId="77777777">
        <w:trPr>
          <w:cantSplit/>
          <w:trHeight w:val="556"/>
          <w:jc w:val="center"/>
        </w:trPr>
        <w:tc>
          <w:tcPr>
            <w:tcW w:w="3288"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0458B990" w14:textId="77777777" w:rsidR="00C32754" w:rsidRDefault="00000000">
            <w:pPr>
              <w:spacing w:after="40" w:line="240" w:lineRule="auto"/>
            </w:pPr>
            <w:r>
              <w:rPr>
                <w:b/>
                <w:color w:val="283E65"/>
                <w:sz w:val="18"/>
              </w:rPr>
              <w:t>Ethnicity 1</w:t>
            </w:r>
          </w:p>
          <w:p w14:paraId="5AD3881A" w14:textId="77777777" w:rsidR="00C32754" w:rsidRDefault="00000000">
            <w:pPr>
              <w:spacing w:after="0" w:line="240" w:lineRule="auto"/>
            </w:pPr>
            <w:sdt>
              <w:sdtPr>
                <w:alias w:val="Ethnicity 1"/>
                <w:tag w:val="Ethnicity 1"/>
                <w:id w:val="122"/>
                <w:text/>
              </w:sdtPr>
              <w:sdtContent>
                <w:r>
                  <w:t xml:space="preserve">                     </w:t>
                </w:r>
              </w:sdtContent>
            </w:sdt>
          </w:p>
        </w:tc>
        <w:tc>
          <w:tcPr>
            <w:tcW w:w="3288"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00192F88" w14:textId="77777777" w:rsidR="00C32754" w:rsidRDefault="00000000">
            <w:pPr>
              <w:spacing w:after="40" w:line="240" w:lineRule="auto"/>
            </w:pPr>
            <w:r>
              <w:rPr>
                <w:b/>
                <w:color w:val="283E65"/>
                <w:sz w:val="18"/>
              </w:rPr>
              <w:t>Ethnicity 2</w:t>
            </w:r>
          </w:p>
          <w:p w14:paraId="61411EF7" w14:textId="77777777" w:rsidR="00C32754" w:rsidRDefault="00000000">
            <w:pPr>
              <w:spacing w:after="0" w:line="240" w:lineRule="auto"/>
            </w:pPr>
            <w:sdt>
              <w:sdtPr>
                <w:alias w:val="Ethnicity 2"/>
                <w:tag w:val="Ethnicity 2"/>
                <w:id w:val="123"/>
                <w:text/>
              </w:sdtPr>
              <w:sdtContent>
                <w:r>
                  <w:t xml:space="preserve">                     </w:t>
                </w:r>
              </w:sdtContent>
            </w:sdt>
          </w:p>
        </w:tc>
        <w:tc>
          <w:tcPr>
            <w:tcW w:w="3288"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1A4DCA2B" w14:textId="77777777" w:rsidR="00C32754" w:rsidRDefault="00000000">
            <w:pPr>
              <w:spacing w:after="40" w:line="240" w:lineRule="auto"/>
            </w:pPr>
            <w:r>
              <w:rPr>
                <w:b/>
                <w:color w:val="283E65"/>
                <w:sz w:val="18"/>
              </w:rPr>
              <w:t>Ethnicity 3</w:t>
            </w:r>
          </w:p>
          <w:p w14:paraId="35518BF8" w14:textId="77777777" w:rsidR="00C32754" w:rsidRDefault="00000000">
            <w:pPr>
              <w:spacing w:after="0" w:line="240" w:lineRule="auto"/>
            </w:pPr>
            <w:sdt>
              <w:sdtPr>
                <w:alias w:val="Ethnicity 3"/>
                <w:tag w:val="Ethnicity 3"/>
                <w:id w:val="124"/>
                <w:text/>
              </w:sdtPr>
              <w:sdtContent>
                <w:r>
                  <w:t xml:space="preserve">                     </w:t>
                </w:r>
              </w:sdtContent>
            </w:sdt>
          </w:p>
        </w:tc>
      </w:tr>
    </w:tbl>
    <w:p w14:paraId="2C1CF766" w14:textId="77777777" w:rsidR="00C32754" w:rsidRDefault="00C32754">
      <w:pPr>
        <w:spacing w:after="60" w:line="40" w:lineRule="exact"/>
      </w:pPr>
    </w:p>
    <w:tbl>
      <w:tblPr>
        <w:tblW w:w="0" w:type="auto"/>
        <w:jc w:val="center"/>
        <w:tblLayout w:type="fixed"/>
        <w:tblLook w:val="04A0" w:firstRow="1" w:lastRow="0" w:firstColumn="1" w:lastColumn="0" w:noHBand="0" w:noVBand="1"/>
      </w:tblPr>
      <w:tblGrid>
        <w:gridCol w:w="4932"/>
        <w:gridCol w:w="4932"/>
      </w:tblGrid>
      <w:tr w:rsidR="00C32754" w14:paraId="7ECEC153" w14:textId="77777777">
        <w:trPr>
          <w:cantSplit/>
          <w:trHeight w:val="556"/>
          <w:jc w:val="center"/>
        </w:trPr>
        <w:tc>
          <w:tcPr>
            <w:tcW w:w="4932"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6E4BC444" w14:textId="77777777" w:rsidR="00C32754" w:rsidRDefault="00000000">
            <w:pPr>
              <w:spacing w:after="40" w:line="240" w:lineRule="auto"/>
            </w:pPr>
            <w:r>
              <w:rPr>
                <w:b/>
                <w:color w:val="283E65"/>
                <w:sz w:val="18"/>
              </w:rPr>
              <w:t>Iwi</w:t>
            </w:r>
          </w:p>
          <w:p w14:paraId="6BB55817" w14:textId="77777777" w:rsidR="00C32754" w:rsidRDefault="00000000">
            <w:pPr>
              <w:spacing w:after="0" w:line="240" w:lineRule="auto"/>
            </w:pPr>
            <w:sdt>
              <w:sdtPr>
                <w:alias w:val="Iwi"/>
                <w:tag w:val="Iwi"/>
                <w:id w:val="125"/>
                <w:text/>
              </w:sdtPr>
              <w:sdtContent>
                <w:r>
                  <w:t xml:space="preserve">                     </w:t>
                </w:r>
              </w:sdtContent>
            </w:sdt>
          </w:p>
        </w:tc>
        <w:tc>
          <w:tcPr>
            <w:tcW w:w="4932"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27016012" w14:textId="77777777" w:rsidR="00C32754" w:rsidRDefault="00000000">
            <w:pPr>
              <w:spacing w:after="40" w:line="240" w:lineRule="auto"/>
            </w:pPr>
            <w:r>
              <w:rPr>
                <w:b/>
                <w:color w:val="283E65"/>
                <w:sz w:val="18"/>
              </w:rPr>
              <w:t>Hapū</w:t>
            </w:r>
          </w:p>
          <w:p w14:paraId="7ACF53CC" w14:textId="77777777" w:rsidR="00C32754" w:rsidRDefault="00000000">
            <w:pPr>
              <w:spacing w:after="0" w:line="240" w:lineRule="auto"/>
            </w:pPr>
            <w:sdt>
              <w:sdtPr>
                <w:alias w:val="Hapū"/>
                <w:tag w:val="Hapū"/>
                <w:id w:val="126"/>
                <w:text/>
              </w:sdtPr>
              <w:sdtContent>
                <w:r>
                  <w:t xml:space="preserve">                     </w:t>
                </w:r>
              </w:sdtContent>
            </w:sdt>
          </w:p>
        </w:tc>
      </w:tr>
    </w:tbl>
    <w:p w14:paraId="5CDB960B" w14:textId="77777777" w:rsidR="00C32754" w:rsidRDefault="00C32754">
      <w:pPr>
        <w:spacing w:after="60" w:line="40" w:lineRule="exact"/>
      </w:pPr>
    </w:p>
    <w:p w14:paraId="6F181ECD" w14:textId="77777777" w:rsidR="00C32754" w:rsidRDefault="00000000">
      <w:pPr>
        <w:pStyle w:val="Heading2"/>
      </w:pPr>
      <w:r>
        <w:t>Citizenship and residency</w:t>
      </w:r>
    </w:p>
    <w:p w14:paraId="0B629384" w14:textId="77777777" w:rsidR="00C32754" w:rsidRDefault="00000000">
      <w:pPr>
        <w:spacing w:after="60"/>
      </w:pPr>
      <w:r>
        <w:rPr>
          <w:b/>
        </w:rPr>
        <w:t>Is your child a New Zealand citizen or resident?</w:t>
      </w:r>
    </w:p>
    <w:p w14:paraId="5FC1D7F0" w14:textId="77777777" w:rsidR="00C32754" w:rsidRDefault="00000000">
      <w:sdt>
        <w:sdtPr>
          <w:alias w:val="Yes"/>
          <w:id w:val="127"/>
          <w14:checkbox>
            <w14:checked w14:val="0"/>
            <w14:checkedState w14:val="2612" w14:font="DejaVu Sans"/>
            <w14:uncheckedState w14:val="2610" w14:font="DejaVu Sans"/>
          </w14:checkbox>
        </w:sdtPr>
        <w:sdtContent>
          <w:r>
            <w:rPr>
              <w:rFonts w:ascii="DejaVu Sans" w:hAnsi="DejaVu Sans"/>
              <w:sz w:val="22"/>
            </w:rPr>
            <w:t>☐</w:t>
          </w:r>
        </w:sdtContent>
      </w:sdt>
      <w:r>
        <w:t xml:space="preserve"> Yes   </w:t>
      </w:r>
      <w:sdt>
        <w:sdtPr>
          <w:alias w:val="No"/>
          <w:id w:val="128"/>
          <w14:checkbox>
            <w14:checked w14:val="0"/>
            <w14:checkedState w14:val="2612" w14:font="DejaVu Sans"/>
            <w14:uncheckedState w14:val="2610" w14:font="DejaVu Sans"/>
          </w14:checkbox>
        </w:sdtPr>
        <w:sdtContent>
          <w:r>
            <w:rPr>
              <w:rFonts w:ascii="DejaVu Sans" w:hAnsi="DejaVu Sans"/>
              <w:sz w:val="22"/>
            </w:rPr>
            <w:t>☐</w:t>
          </w:r>
        </w:sdtContent>
      </w:sdt>
      <w:r>
        <w:t xml:space="preserve"> No   </w:t>
      </w:r>
      <w:sdt>
        <w:sdtPr>
          <w:alias w:val="Not sure"/>
          <w:id w:val="129"/>
          <w14:checkbox>
            <w14:checked w14:val="0"/>
            <w14:checkedState w14:val="2612" w14:font="DejaVu Sans"/>
            <w14:uncheckedState w14:val="2610" w14:font="DejaVu Sans"/>
          </w14:checkbox>
        </w:sdtPr>
        <w:sdtContent>
          <w:r>
            <w:rPr>
              <w:rFonts w:ascii="DejaVu Sans" w:hAnsi="DejaVu Sans"/>
              <w:sz w:val="22"/>
            </w:rPr>
            <w:t>☐</w:t>
          </w:r>
        </w:sdtContent>
      </w:sdt>
      <w:r>
        <w:t xml:space="preserve"> Not sure   </w:t>
      </w:r>
    </w:p>
    <w:tbl>
      <w:tblPr>
        <w:tblW w:w="0" w:type="auto"/>
        <w:jc w:val="center"/>
        <w:tblLayout w:type="fixed"/>
        <w:tblLook w:val="04A0" w:firstRow="1" w:lastRow="0" w:firstColumn="1" w:lastColumn="0" w:noHBand="0" w:noVBand="1"/>
      </w:tblPr>
      <w:tblGrid>
        <w:gridCol w:w="9865"/>
      </w:tblGrid>
      <w:tr w:rsidR="00C32754" w14:paraId="28CABB5D" w14:textId="77777777">
        <w:trPr>
          <w:cantSplit/>
          <w:trHeight w:val="556"/>
          <w:jc w:val="center"/>
        </w:trPr>
        <w:tc>
          <w:tcPr>
            <w:tcW w:w="9865"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2A85F9BD" w14:textId="77777777" w:rsidR="00C32754" w:rsidRDefault="00000000">
            <w:pPr>
              <w:spacing w:after="40" w:line="240" w:lineRule="auto"/>
            </w:pPr>
            <w:r>
              <w:rPr>
                <w:b/>
                <w:color w:val="283E65"/>
                <w:sz w:val="18"/>
              </w:rPr>
              <w:t>If no: date of entry to New Zealand (DD / MM / YYYY)</w:t>
            </w:r>
          </w:p>
          <w:p w14:paraId="70CAA28C" w14:textId="77777777" w:rsidR="00C32754" w:rsidRDefault="00000000">
            <w:pPr>
              <w:spacing w:after="0" w:line="240" w:lineRule="auto"/>
            </w:pPr>
            <w:sdt>
              <w:sdtPr>
                <w:alias w:val="If no: date of entry to New Zealand (DD / MM / YYYY)"/>
                <w:tag w:val="If no: date of entry to New Zealand (DD / MM / YYYY)"/>
                <w:id w:val="130"/>
                <w:text/>
              </w:sdtPr>
              <w:sdtContent>
                <w:r>
                  <w:t xml:space="preserve">                     </w:t>
                </w:r>
              </w:sdtContent>
            </w:sdt>
          </w:p>
        </w:tc>
      </w:tr>
    </w:tbl>
    <w:p w14:paraId="0482A4D9" w14:textId="77777777" w:rsidR="00C32754" w:rsidRDefault="00C32754">
      <w:pPr>
        <w:spacing w:after="60" w:line="40" w:lineRule="exact"/>
      </w:pPr>
    </w:p>
    <w:tbl>
      <w:tblPr>
        <w:tblW w:w="0" w:type="auto"/>
        <w:jc w:val="center"/>
        <w:tblLayout w:type="fixed"/>
        <w:tblLook w:val="04A0" w:firstRow="1" w:lastRow="0" w:firstColumn="1" w:lastColumn="0" w:noHBand="0" w:noVBand="1"/>
      </w:tblPr>
      <w:tblGrid>
        <w:gridCol w:w="9865"/>
      </w:tblGrid>
      <w:tr w:rsidR="00C32754" w14:paraId="52252132" w14:textId="77777777">
        <w:trPr>
          <w:cantSplit/>
          <w:trHeight w:val="862"/>
          <w:jc w:val="center"/>
        </w:trPr>
        <w:tc>
          <w:tcPr>
            <w:tcW w:w="9865"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22FAC5F1" w14:textId="77777777" w:rsidR="00C32754" w:rsidRDefault="00000000">
            <w:pPr>
              <w:spacing w:after="40" w:line="240" w:lineRule="auto"/>
            </w:pPr>
            <w:r>
              <w:rPr>
                <w:b/>
                <w:color w:val="283E65"/>
                <w:sz w:val="18"/>
              </w:rPr>
              <w:t>Residency / citizenship details or documents to discuss with the office</w:t>
            </w:r>
          </w:p>
          <w:p w14:paraId="09886F5E" w14:textId="77777777" w:rsidR="00C32754" w:rsidRDefault="00000000">
            <w:pPr>
              <w:spacing w:after="0" w:line="240" w:lineRule="auto"/>
            </w:pPr>
            <w:sdt>
              <w:sdtPr>
                <w:alias w:val="Residency / citizenship details or documents to discuss with the office"/>
                <w:tag w:val="Residency / citizenship details or documents to discuss with the office"/>
                <w:id w:val="131"/>
                <w:text/>
              </w:sdtPr>
              <w:sdtContent>
                <w:r>
                  <w:t xml:space="preserve">                     </w:t>
                </w:r>
              </w:sdtContent>
            </w:sdt>
          </w:p>
        </w:tc>
      </w:tr>
    </w:tbl>
    <w:p w14:paraId="75774FE8" w14:textId="77777777" w:rsidR="00C32754" w:rsidRDefault="00C32754">
      <w:pPr>
        <w:spacing w:after="60" w:line="40" w:lineRule="exact"/>
      </w:pPr>
    </w:p>
    <w:tbl>
      <w:tblPr>
        <w:tblW w:w="0" w:type="auto"/>
        <w:jc w:val="center"/>
        <w:tblLayout w:type="fixed"/>
        <w:tblLook w:val="04A0" w:firstRow="1" w:lastRow="0" w:firstColumn="1" w:lastColumn="0" w:noHBand="0" w:noVBand="1"/>
      </w:tblPr>
      <w:tblGrid>
        <w:gridCol w:w="9865"/>
      </w:tblGrid>
      <w:tr w:rsidR="00C32754" w14:paraId="177E1EA7" w14:textId="77777777">
        <w:trPr>
          <w:cantSplit/>
          <w:trHeight w:val="556"/>
          <w:jc w:val="center"/>
        </w:trPr>
        <w:tc>
          <w:tcPr>
            <w:tcW w:w="9865"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7D4161D3" w14:textId="77777777" w:rsidR="00C32754" w:rsidRDefault="00000000">
            <w:pPr>
              <w:spacing w:after="40" w:line="240" w:lineRule="auto"/>
            </w:pPr>
            <w:r>
              <w:rPr>
                <w:b/>
                <w:color w:val="283E65"/>
                <w:sz w:val="18"/>
              </w:rPr>
              <w:t xml:space="preserve">Eldest child </w:t>
            </w:r>
            <w:proofErr w:type="gramStart"/>
            <w:r>
              <w:rPr>
                <w:b/>
                <w:color w:val="283E65"/>
                <w:sz w:val="18"/>
              </w:rPr>
              <w:t>currently</w:t>
            </w:r>
            <w:proofErr w:type="gramEnd"/>
            <w:r>
              <w:rPr>
                <w:b/>
                <w:color w:val="283E65"/>
                <w:sz w:val="18"/>
              </w:rPr>
              <w:t xml:space="preserve"> at this school (name, if any)</w:t>
            </w:r>
          </w:p>
          <w:p w14:paraId="5052E73E" w14:textId="77777777" w:rsidR="00C32754" w:rsidRDefault="00000000">
            <w:pPr>
              <w:spacing w:after="0" w:line="240" w:lineRule="auto"/>
            </w:pPr>
            <w:sdt>
              <w:sdtPr>
                <w:alias w:val="Eldest child currently at this school (name, if any)"/>
                <w:tag w:val="Eldest child currently at this school (name, if any)"/>
                <w:id w:val="132"/>
                <w:text/>
              </w:sdtPr>
              <w:sdtContent>
                <w:r>
                  <w:t xml:space="preserve">                     </w:t>
                </w:r>
              </w:sdtContent>
            </w:sdt>
          </w:p>
        </w:tc>
      </w:tr>
    </w:tbl>
    <w:p w14:paraId="5C6A9A13" w14:textId="77777777" w:rsidR="00C32754" w:rsidRDefault="00C32754">
      <w:pPr>
        <w:spacing w:after="60" w:line="40" w:lineRule="exact"/>
      </w:pPr>
    </w:p>
    <w:p w14:paraId="00A5A798" w14:textId="77777777" w:rsidR="00C32754" w:rsidRDefault="00000000">
      <w:pPr>
        <w:pageBreakBefore/>
        <w:spacing w:after="100"/>
      </w:pPr>
      <w:proofErr w:type="gramStart"/>
      <w:r>
        <w:rPr>
          <w:b/>
          <w:color w:val="087B83"/>
          <w:sz w:val="16"/>
        </w:rPr>
        <w:lastRenderedPageBreak/>
        <w:t>03  /</w:t>
      </w:r>
      <w:proofErr w:type="gramEnd"/>
      <w:r>
        <w:rPr>
          <w:b/>
          <w:color w:val="087B83"/>
          <w:sz w:val="16"/>
        </w:rPr>
        <w:t xml:space="preserve">  FAMILY INFORMATION</w:t>
      </w:r>
    </w:p>
    <w:p w14:paraId="6E1B19C7" w14:textId="77777777" w:rsidR="00C32754" w:rsidRDefault="00000000">
      <w:pPr>
        <w:pStyle w:val="Heading1"/>
      </w:pPr>
      <w:r>
        <w:t>Whānau &amp; contact details</w:t>
      </w:r>
    </w:p>
    <w:p w14:paraId="20B8E3E7" w14:textId="77777777" w:rsidR="00C32754" w:rsidRDefault="00000000">
      <w:pPr>
        <w:spacing w:after="160"/>
      </w:pPr>
      <w:r>
        <w:t xml:space="preserve">Please tell us who to </w:t>
      </w:r>
      <w:proofErr w:type="gramStart"/>
      <w:r>
        <w:t>contact about</w:t>
      </w:r>
      <w:proofErr w:type="gramEnd"/>
      <w:r>
        <w:t xml:space="preserve"> your child. Let the office know whenever these details change.</w:t>
      </w:r>
    </w:p>
    <w:tbl>
      <w:tblPr>
        <w:tblW w:w="0" w:type="auto"/>
        <w:jc w:val="center"/>
        <w:tblLayout w:type="fixed"/>
        <w:tblLook w:val="04A0" w:firstRow="1" w:lastRow="0" w:firstColumn="1" w:lastColumn="0" w:noHBand="0" w:noVBand="1"/>
      </w:tblPr>
      <w:tblGrid>
        <w:gridCol w:w="9865"/>
      </w:tblGrid>
      <w:tr w:rsidR="00651065" w14:paraId="1227D4D4" w14:textId="77777777" w:rsidTr="00B1712E">
        <w:trPr>
          <w:cantSplit/>
          <w:trHeight w:val="510"/>
          <w:jc w:val="center"/>
        </w:trPr>
        <w:tc>
          <w:tcPr>
            <w:tcW w:w="9865"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7CA55FD9" w14:textId="77777777" w:rsidR="00651065" w:rsidRDefault="00651065" w:rsidP="00B1712E">
            <w:pPr>
              <w:spacing w:after="40" w:line="240" w:lineRule="auto"/>
            </w:pPr>
            <w:r>
              <w:rPr>
                <w:b/>
                <w:color w:val="283E65"/>
                <w:sz w:val="18"/>
              </w:rPr>
              <w:t>Name(s) of legal guardian(s)</w:t>
            </w:r>
          </w:p>
          <w:p w14:paraId="6F5B06FC" w14:textId="77777777" w:rsidR="00651065" w:rsidRDefault="00651065" w:rsidP="00B1712E">
            <w:pPr>
              <w:spacing w:after="0" w:line="240" w:lineRule="auto"/>
            </w:pPr>
            <w:sdt>
              <w:sdtPr>
                <w:alias w:val="Name(s) of legal guardian(s)"/>
                <w:tag w:val="Name(s) of legal guardian(s)"/>
                <w:id w:val="450281911"/>
                <w:text/>
              </w:sdtPr>
              <w:sdtContent>
                <w:r>
                  <w:t xml:space="preserve">                     </w:t>
                </w:r>
              </w:sdtContent>
            </w:sdt>
          </w:p>
        </w:tc>
      </w:tr>
    </w:tbl>
    <w:p w14:paraId="5A8D8336" w14:textId="77777777" w:rsidR="00651065" w:rsidRDefault="00651065">
      <w:pPr>
        <w:spacing w:after="160"/>
      </w:pPr>
    </w:p>
    <w:p w14:paraId="700BD6A1" w14:textId="77777777" w:rsidR="00C32754" w:rsidRDefault="00000000">
      <w:pPr>
        <w:pStyle w:val="Heading2"/>
      </w:pPr>
      <w:r>
        <w:t>Parent / caregiver 1</w:t>
      </w:r>
    </w:p>
    <w:tbl>
      <w:tblPr>
        <w:tblW w:w="0" w:type="auto"/>
        <w:jc w:val="center"/>
        <w:tblLayout w:type="fixed"/>
        <w:tblLook w:val="04A0" w:firstRow="1" w:lastRow="0" w:firstColumn="1" w:lastColumn="0" w:noHBand="0" w:noVBand="1"/>
      </w:tblPr>
      <w:tblGrid>
        <w:gridCol w:w="1134"/>
        <w:gridCol w:w="4365"/>
        <w:gridCol w:w="4365"/>
      </w:tblGrid>
      <w:tr w:rsidR="00C32754" w14:paraId="42E12015" w14:textId="77777777">
        <w:trPr>
          <w:cantSplit/>
          <w:trHeight w:val="510"/>
          <w:jc w:val="center"/>
        </w:trPr>
        <w:tc>
          <w:tcPr>
            <w:tcW w:w="1134"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1135C3CB" w14:textId="77777777" w:rsidR="00C32754" w:rsidRDefault="00000000">
            <w:pPr>
              <w:spacing w:after="40" w:line="240" w:lineRule="auto"/>
            </w:pPr>
            <w:r>
              <w:rPr>
                <w:b/>
                <w:color w:val="283E65"/>
                <w:sz w:val="18"/>
              </w:rPr>
              <w:t>Title</w:t>
            </w:r>
          </w:p>
          <w:p w14:paraId="56A50C66" w14:textId="77777777" w:rsidR="00C32754" w:rsidRDefault="00000000">
            <w:pPr>
              <w:spacing w:after="0" w:line="240" w:lineRule="auto"/>
            </w:pPr>
            <w:sdt>
              <w:sdtPr>
                <w:alias w:val="Title"/>
                <w:tag w:val="Title"/>
                <w:id w:val="133"/>
                <w:text/>
              </w:sdtPr>
              <w:sdtContent>
                <w:r>
                  <w:t xml:space="preserve">                     </w:t>
                </w:r>
              </w:sdtContent>
            </w:sdt>
          </w:p>
        </w:tc>
        <w:tc>
          <w:tcPr>
            <w:tcW w:w="4365"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14D9941A" w14:textId="77777777" w:rsidR="00C32754" w:rsidRDefault="00000000">
            <w:pPr>
              <w:spacing w:after="40" w:line="240" w:lineRule="auto"/>
            </w:pPr>
            <w:r>
              <w:rPr>
                <w:b/>
                <w:color w:val="283E65"/>
                <w:sz w:val="18"/>
              </w:rPr>
              <w:t>Legal surname / family name</w:t>
            </w:r>
          </w:p>
          <w:p w14:paraId="7A136443" w14:textId="77777777" w:rsidR="00C32754" w:rsidRDefault="00000000">
            <w:pPr>
              <w:spacing w:after="0" w:line="240" w:lineRule="auto"/>
            </w:pPr>
            <w:sdt>
              <w:sdtPr>
                <w:alias w:val="Legal surname / family name"/>
                <w:tag w:val="Legal surname / family name"/>
                <w:id w:val="134"/>
                <w:text/>
              </w:sdtPr>
              <w:sdtContent>
                <w:r>
                  <w:t xml:space="preserve">                     </w:t>
                </w:r>
              </w:sdtContent>
            </w:sdt>
          </w:p>
        </w:tc>
        <w:tc>
          <w:tcPr>
            <w:tcW w:w="4365"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54FA4EBB" w14:textId="77777777" w:rsidR="00C32754" w:rsidRDefault="00000000">
            <w:pPr>
              <w:spacing w:after="40" w:line="240" w:lineRule="auto"/>
            </w:pPr>
            <w:r>
              <w:rPr>
                <w:b/>
                <w:color w:val="283E65"/>
                <w:sz w:val="18"/>
              </w:rPr>
              <w:t>First name(s)</w:t>
            </w:r>
          </w:p>
          <w:p w14:paraId="21AB4775" w14:textId="77777777" w:rsidR="00C32754" w:rsidRDefault="00000000">
            <w:pPr>
              <w:spacing w:after="0" w:line="240" w:lineRule="auto"/>
            </w:pPr>
            <w:sdt>
              <w:sdtPr>
                <w:alias w:val="First name(s)"/>
                <w:tag w:val="First name(s)"/>
                <w:id w:val="135"/>
                <w:text/>
              </w:sdtPr>
              <w:sdtContent>
                <w:r>
                  <w:t xml:space="preserve">                     </w:t>
                </w:r>
              </w:sdtContent>
            </w:sdt>
          </w:p>
        </w:tc>
      </w:tr>
    </w:tbl>
    <w:p w14:paraId="51989188" w14:textId="77777777" w:rsidR="00C32754" w:rsidRDefault="00C32754">
      <w:pPr>
        <w:spacing w:after="60" w:line="40" w:lineRule="exact"/>
      </w:pPr>
    </w:p>
    <w:tbl>
      <w:tblPr>
        <w:tblW w:w="0" w:type="auto"/>
        <w:jc w:val="center"/>
        <w:tblLayout w:type="fixed"/>
        <w:tblLook w:val="04A0" w:firstRow="1" w:lastRow="0" w:firstColumn="1" w:lastColumn="0" w:noHBand="0" w:noVBand="1"/>
      </w:tblPr>
      <w:tblGrid>
        <w:gridCol w:w="4932"/>
        <w:gridCol w:w="4932"/>
      </w:tblGrid>
      <w:tr w:rsidR="00C32754" w14:paraId="3E071A80" w14:textId="77777777">
        <w:trPr>
          <w:cantSplit/>
          <w:trHeight w:val="510"/>
          <w:jc w:val="center"/>
        </w:trPr>
        <w:tc>
          <w:tcPr>
            <w:tcW w:w="4932"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6513E851" w14:textId="77777777" w:rsidR="00C32754" w:rsidRDefault="00000000">
            <w:pPr>
              <w:spacing w:after="40" w:line="240" w:lineRule="auto"/>
            </w:pPr>
            <w:r>
              <w:rPr>
                <w:b/>
                <w:color w:val="283E65"/>
                <w:sz w:val="18"/>
              </w:rPr>
              <w:t xml:space="preserve">Relationship </w:t>
            </w:r>
            <w:proofErr w:type="gramStart"/>
            <w:r>
              <w:rPr>
                <w:b/>
                <w:color w:val="283E65"/>
                <w:sz w:val="18"/>
              </w:rPr>
              <w:t>to</w:t>
            </w:r>
            <w:proofErr w:type="gramEnd"/>
            <w:r>
              <w:rPr>
                <w:b/>
                <w:color w:val="283E65"/>
                <w:sz w:val="18"/>
              </w:rPr>
              <w:t xml:space="preserve"> </w:t>
            </w:r>
            <w:proofErr w:type="gramStart"/>
            <w:r>
              <w:rPr>
                <w:b/>
                <w:color w:val="283E65"/>
                <w:sz w:val="18"/>
              </w:rPr>
              <w:t>child</w:t>
            </w:r>
            <w:proofErr w:type="gramEnd"/>
          </w:p>
          <w:p w14:paraId="47C46A6E" w14:textId="77777777" w:rsidR="00C32754" w:rsidRDefault="00000000">
            <w:pPr>
              <w:spacing w:after="0" w:line="240" w:lineRule="auto"/>
            </w:pPr>
            <w:sdt>
              <w:sdtPr>
                <w:alias w:val="Relationship to child"/>
                <w:tag w:val="Relationship to child"/>
                <w:id w:val="136"/>
                <w:text/>
              </w:sdtPr>
              <w:sdtContent>
                <w:r>
                  <w:t xml:space="preserve">                     </w:t>
                </w:r>
              </w:sdtContent>
            </w:sdt>
          </w:p>
        </w:tc>
        <w:tc>
          <w:tcPr>
            <w:tcW w:w="4932"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5533D33A" w14:textId="77777777" w:rsidR="00C32754" w:rsidRDefault="00000000">
            <w:pPr>
              <w:spacing w:after="40" w:line="240" w:lineRule="auto"/>
            </w:pPr>
            <w:r>
              <w:rPr>
                <w:b/>
                <w:color w:val="283E65"/>
                <w:sz w:val="18"/>
              </w:rPr>
              <w:t>Country of birth</w:t>
            </w:r>
          </w:p>
          <w:p w14:paraId="403B4D09" w14:textId="77777777" w:rsidR="00C32754" w:rsidRDefault="00000000">
            <w:pPr>
              <w:spacing w:after="0" w:line="240" w:lineRule="auto"/>
            </w:pPr>
            <w:sdt>
              <w:sdtPr>
                <w:alias w:val="Country of birth"/>
                <w:tag w:val="Country of birth"/>
                <w:id w:val="137"/>
                <w:text/>
              </w:sdtPr>
              <w:sdtContent>
                <w:r>
                  <w:t xml:space="preserve">                     </w:t>
                </w:r>
              </w:sdtContent>
            </w:sdt>
          </w:p>
        </w:tc>
      </w:tr>
    </w:tbl>
    <w:p w14:paraId="31907E3D" w14:textId="77777777" w:rsidR="00C32754" w:rsidRDefault="00C32754">
      <w:pPr>
        <w:spacing w:after="60" w:line="40" w:lineRule="exact"/>
      </w:pPr>
    </w:p>
    <w:tbl>
      <w:tblPr>
        <w:tblW w:w="0" w:type="auto"/>
        <w:jc w:val="center"/>
        <w:tblLayout w:type="fixed"/>
        <w:tblLook w:val="04A0" w:firstRow="1" w:lastRow="0" w:firstColumn="1" w:lastColumn="0" w:noHBand="0" w:noVBand="1"/>
      </w:tblPr>
      <w:tblGrid>
        <w:gridCol w:w="9865"/>
      </w:tblGrid>
      <w:tr w:rsidR="00C32754" w14:paraId="42C8E1D8" w14:textId="77777777">
        <w:trPr>
          <w:cantSplit/>
          <w:trHeight w:val="510"/>
          <w:jc w:val="center"/>
        </w:trPr>
        <w:tc>
          <w:tcPr>
            <w:tcW w:w="9865"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0F47A68E" w14:textId="77777777" w:rsidR="00C32754" w:rsidRDefault="00000000">
            <w:pPr>
              <w:spacing w:after="40" w:line="240" w:lineRule="auto"/>
            </w:pPr>
            <w:r>
              <w:rPr>
                <w:b/>
                <w:color w:val="283E65"/>
                <w:sz w:val="18"/>
              </w:rPr>
              <w:t xml:space="preserve">Home address (if different from </w:t>
            </w:r>
            <w:proofErr w:type="gramStart"/>
            <w:r>
              <w:rPr>
                <w:b/>
                <w:color w:val="283E65"/>
                <w:sz w:val="18"/>
              </w:rPr>
              <w:t>child’s</w:t>
            </w:r>
            <w:proofErr w:type="gramEnd"/>
            <w:r>
              <w:rPr>
                <w:b/>
                <w:color w:val="283E65"/>
                <w:sz w:val="18"/>
              </w:rPr>
              <w:t>)</w:t>
            </w:r>
          </w:p>
          <w:p w14:paraId="4ACD587F" w14:textId="77777777" w:rsidR="00C32754" w:rsidRDefault="00000000">
            <w:pPr>
              <w:spacing w:after="0" w:line="240" w:lineRule="auto"/>
            </w:pPr>
            <w:sdt>
              <w:sdtPr>
                <w:alias w:val="Home address (if different from child’s)"/>
                <w:tag w:val="Home address (if different from child’s)"/>
                <w:id w:val="138"/>
                <w:text/>
              </w:sdtPr>
              <w:sdtContent>
                <w:r>
                  <w:t xml:space="preserve">                     </w:t>
                </w:r>
              </w:sdtContent>
            </w:sdt>
          </w:p>
        </w:tc>
      </w:tr>
    </w:tbl>
    <w:p w14:paraId="2F8CEFEA" w14:textId="77777777" w:rsidR="00C32754" w:rsidRDefault="00C32754">
      <w:pPr>
        <w:spacing w:after="60" w:line="40" w:lineRule="exact"/>
      </w:pPr>
    </w:p>
    <w:tbl>
      <w:tblPr>
        <w:tblW w:w="0" w:type="auto"/>
        <w:jc w:val="center"/>
        <w:tblLayout w:type="fixed"/>
        <w:tblLook w:val="04A0" w:firstRow="1" w:lastRow="0" w:firstColumn="1" w:lastColumn="0" w:noHBand="0" w:noVBand="1"/>
      </w:tblPr>
      <w:tblGrid>
        <w:gridCol w:w="3288"/>
        <w:gridCol w:w="3288"/>
        <w:gridCol w:w="3288"/>
      </w:tblGrid>
      <w:tr w:rsidR="00C32754" w14:paraId="724B0B6C" w14:textId="77777777">
        <w:trPr>
          <w:cantSplit/>
          <w:trHeight w:val="510"/>
          <w:jc w:val="center"/>
        </w:trPr>
        <w:tc>
          <w:tcPr>
            <w:tcW w:w="3288"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4CDCB2AF" w14:textId="77777777" w:rsidR="00C32754" w:rsidRDefault="00000000">
            <w:pPr>
              <w:spacing w:after="40" w:line="240" w:lineRule="auto"/>
            </w:pPr>
            <w:r>
              <w:rPr>
                <w:b/>
                <w:color w:val="283E65"/>
                <w:sz w:val="18"/>
              </w:rPr>
              <w:t>Mobile phone</w:t>
            </w:r>
          </w:p>
          <w:p w14:paraId="49BFB2C6" w14:textId="77777777" w:rsidR="00C32754" w:rsidRDefault="00000000">
            <w:pPr>
              <w:spacing w:after="0" w:line="240" w:lineRule="auto"/>
            </w:pPr>
            <w:sdt>
              <w:sdtPr>
                <w:alias w:val="Mobile phone"/>
                <w:tag w:val="Mobile phone"/>
                <w:id w:val="139"/>
                <w:text/>
              </w:sdtPr>
              <w:sdtContent>
                <w:r>
                  <w:t xml:space="preserve">                     </w:t>
                </w:r>
              </w:sdtContent>
            </w:sdt>
          </w:p>
        </w:tc>
        <w:tc>
          <w:tcPr>
            <w:tcW w:w="3288"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5A3A2F8B" w14:textId="77777777" w:rsidR="00C32754" w:rsidRDefault="00000000">
            <w:pPr>
              <w:spacing w:after="40" w:line="240" w:lineRule="auto"/>
            </w:pPr>
            <w:r>
              <w:rPr>
                <w:b/>
                <w:color w:val="283E65"/>
                <w:sz w:val="18"/>
              </w:rPr>
              <w:t>Home phone</w:t>
            </w:r>
          </w:p>
          <w:p w14:paraId="053ECAA1" w14:textId="77777777" w:rsidR="00C32754" w:rsidRDefault="00000000">
            <w:pPr>
              <w:spacing w:after="0" w:line="240" w:lineRule="auto"/>
            </w:pPr>
            <w:sdt>
              <w:sdtPr>
                <w:alias w:val="Home phone"/>
                <w:tag w:val="Home phone"/>
                <w:id w:val="140"/>
                <w:text/>
              </w:sdtPr>
              <w:sdtContent>
                <w:r>
                  <w:t xml:space="preserve">                     </w:t>
                </w:r>
              </w:sdtContent>
            </w:sdt>
          </w:p>
        </w:tc>
        <w:tc>
          <w:tcPr>
            <w:tcW w:w="3288"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54F041E0" w14:textId="77777777" w:rsidR="00C32754" w:rsidRDefault="00000000">
            <w:pPr>
              <w:spacing w:after="40" w:line="240" w:lineRule="auto"/>
            </w:pPr>
            <w:r>
              <w:rPr>
                <w:b/>
                <w:color w:val="283E65"/>
                <w:sz w:val="18"/>
              </w:rPr>
              <w:t xml:space="preserve">Work </w:t>
            </w:r>
            <w:proofErr w:type="gramStart"/>
            <w:r>
              <w:rPr>
                <w:b/>
                <w:color w:val="283E65"/>
                <w:sz w:val="18"/>
              </w:rPr>
              <w:t>phone</w:t>
            </w:r>
            <w:proofErr w:type="gramEnd"/>
          </w:p>
          <w:p w14:paraId="201C21D7" w14:textId="77777777" w:rsidR="00C32754" w:rsidRDefault="00000000">
            <w:pPr>
              <w:spacing w:after="0" w:line="240" w:lineRule="auto"/>
            </w:pPr>
            <w:sdt>
              <w:sdtPr>
                <w:alias w:val="Work phone"/>
                <w:tag w:val="Work phone"/>
                <w:id w:val="141"/>
                <w:text/>
              </w:sdtPr>
              <w:sdtContent>
                <w:r>
                  <w:t xml:space="preserve">                     </w:t>
                </w:r>
              </w:sdtContent>
            </w:sdt>
          </w:p>
        </w:tc>
      </w:tr>
    </w:tbl>
    <w:p w14:paraId="440211AA" w14:textId="77777777" w:rsidR="00C32754" w:rsidRDefault="00C32754">
      <w:pPr>
        <w:spacing w:after="60" w:line="40" w:lineRule="exact"/>
      </w:pPr>
    </w:p>
    <w:tbl>
      <w:tblPr>
        <w:tblW w:w="0" w:type="auto"/>
        <w:jc w:val="center"/>
        <w:tblLayout w:type="fixed"/>
        <w:tblLook w:val="04A0" w:firstRow="1" w:lastRow="0" w:firstColumn="1" w:lastColumn="0" w:noHBand="0" w:noVBand="1"/>
      </w:tblPr>
      <w:tblGrid>
        <w:gridCol w:w="9865"/>
      </w:tblGrid>
      <w:tr w:rsidR="00C32754" w14:paraId="609DBFD0" w14:textId="77777777">
        <w:trPr>
          <w:cantSplit/>
          <w:trHeight w:val="510"/>
          <w:jc w:val="center"/>
        </w:trPr>
        <w:tc>
          <w:tcPr>
            <w:tcW w:w="9865"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1E6C8219" w14:textId="77777777" w:rsidR="00C32754" w:rsidRDefault="00000000">
            <w:pPr>
              <w:spacing w:after="40" w:line="240" w:lineRule="auto"/>
            </w:pPr>
            <w:r>
              <w:rPr>
                <w:b/>
                <w:color w:val="283E65"/>
                <w:sz w:val="18"/>
              </w:rPr>
              <w:t>Email address</w:t>
            </w:r>
          </w:p>
          <w:p w14:paraId="43C7BCAB" w14:textId="77777777" w:rsidR="00C32754" w:rsidRDefault="00000000">
            <w:pPr>
              <w:spacing w:after="0" w:line="240" w:lineRule="auto"/>
            </w:pPr>
            <w:sdt>
              <w:sdtPr>
                <w:alias w:val="Email address"/>
                <w:tag w:val="Email address"/>
                <w:id w:val="142"/>
                <w:text/>
              </w:sdtPr>
              <w:sdtContent>
                <w:r>
                  <w:t xml:space="preserve">                     </w:t>
                </w:r>
              </w:sdtContent>
            </w:sdt>
          </w:p>
        </w:tc>
      </w:tr>
    </w:tbl>
    <w:p w14:paraId="1ED48AA5" w14:textId="77777777" w:rsidR="00C32754" w:rsidRDefault="00C32754">
      <w:pPr>
        <w:spacing w:after="60" w:line="40" w:lineRule="exact"/>
      </w:pPr>
    </w:p>
    <w:tbl>
      <w:tblPr>
        <w:tblW w:w="0" w:type="auto"/>
        <w:jc w:val="center"/>
        <w:tblLayout w:type="fixed"/>
        <w:tblLook w:val="04A0" w:firstRow="1" w:lastRow="0" w:firstColumn="1" w:lastColumn="0" w:noHBand="0" w:noVBand="1"/>
      </w:tblPr>
      <w:tblGrid>
        <w:gridCol w:w="4932"/>
        <w:gridCol w:w="4932"/>
      </w:tblGrid>
      <w:tr w:rsidR="00C32754" w14:paraId="403BB09B" w14:textId="77777777">
        <w:trPr>
          <w:cantSplit/>
          <w:trHeight w:val="510"/>
          <w:jc w:val="center"/>
        </w:trPr>
        <w:tc>
          <w:tcPr>
            <w:tcW w:w="4932"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5AD7ADFD" w14:textId="77777777" w:rsidR="00C32754" w:rsidRDefault="00000000">
            <w:pPr>
              <w:spacing w:after="40" w:line="240" w:lineRule="auto"/>
            </w:pPr>
            <w:r>
              <w:rPr>
                <w:b/>
                <w:color w:val="283E65"/>
                <w:sz w:val="18"/>
              </w:rPr>
              <w:t>Workplace &amp; work hours</w:t>
            </w:r>
          </w:p>
          <w:p w14:paraId="1F3A98C8" w14:textId="77777777" w:rsidR="00C32754" w:rsidRDefault="00000000">
            <w:pPr>
              <w:spacing w:after="0" w:line="240" w:lineRule="auto"/>
            </w:pPr>
            <w:sdt>
              <w:sdtPr>
                <w:alias w:val="Workplace &amp; work hours"/>
                <w:tag w:val="Workplace &amp; work hours"/>
                <w:id w:val="143"/>
                <w:text/>
              </w:sdtPr>
              <w:sdtContent>
                <w:r>
                  <w:t xml:space="preserve">                     </w:t>
                </w:r>
              </w:sdtContent>
            </w:sdt>
          </w:p>
        </w:tc>
        <w:tc>
          <w:tcPr>
            <w:tcW w:w="4932"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2603EA47" w14:textId="77777777" w:rsidR="00C32754" w:rsidRDefault="00000000">
            <w:pPr>
              <w:spacing w:after="40" w:line="240" w:lineRule="auto"/>
            </w:pPr>
            <w:r>
              <w:rPr>
                <w:b/>
                <w:color w:val="283E65"/>
                <w:sz w:val="18"/>
              </w:rPr>
              <w:t>Occupation</w:t>
            </w:r>
          </w:p>
          <w:p w14:paraId="7F3F736A" w14:textId="77777777" w:rsidR="00C32754" w:rsidRDefault="00000000">
            <w:pPr>
              <w:spacing w:after="0" w:line="240" w:lineRule="auto"/>
            </w:pPr>
            <w:sdt>
              <w:sdtPr>
                <w:alias w:val="Occupation"/>
                <w:tag w:val="Occupation"/>
                <w:id w:val="144"/>
                <w:text/>
              </w:sdtPr>
              <w:sdtContent>
                <w:r>
                  <w:t xml:space="preserve">                     </w:t>
                </w:r>
              </w:sdtContent>
            </w:sdt>
          </w:p>
        </w:tc>
      </w:tr>
    </w:tbl>
    <w:p w14:paraId="4CF2F0F7" w14:textId="77777777" w:rsidR="00C32754" w:rsidRDefault="00C32754">
      <w:pPr>
        <w:spacing w:after="60" w:line="40" w:lineRule="exact"/>
      </w:pPr>
    </w:p>
    <w:p w14:paraId="1F131896" w14:textId="77777777" w:rsidR="00C32754" w:rsidRDefault="00000000">
      <w:pPr>
        <w:pStyle w:val="Heading2"/>
      </w:pPr>
      <w:r>
        <w:t>Parent / caregiver 2</w:t>
      </w:r>
    </w:p>
    <w:tbl>
      <w:tblPr>
        <w:tblW w:w="0" w:type="auto"/>
        <w:jc w:val="center"/>
        <w:tblLayout w:type="fixed"/>
        <w:tblLook w:val="04A0" w:firstRow="1" w:lastRow="0" w:firstColumn="1" w:lastColumn="0" w:noHBand="0" w:noVBand="1"/>
      </w:tblPr>
      <w:tblGrid>
        <w:gridCol w:w="1134"/>
        <w:gridCol w:w="4365"/>
        <w:gridCol w:w="4365"/>
      </w:tblGrid>
      <w:tr w:rsidR="00C32754" w14:paraId="0CB0A415" w14:textId="77777777">
        <w:trPr>
          <w:cantSplit/>
          <w:trHeight w:val="510"/>
          <w:jc w:val="center"/>
        </w:trPr>
        <w:tc>
          <w:tcPr>
            <w:tcW w:w="1134"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3AA2F8B3" w14:textId="77777777" w:rsidR="00C32754" w:rsidRDefault="00000000">
            <w:pPr>
              <w:spacing w:after="40" w:line="240" w:lineRule="auto"/>
            </w:pPr>
            <w:r>
              <w:rPr>
                <w:b/>
                <w:color w:val="283E65"/>
                <w:sz w:val="18"/>
              </w:rPr>
              <w:t>Title</w:t>
            </w:r>
          </w:p>
          <w:p w14:paraId="192BCC70" w14:textId="77777777" w:rsidR="00C32754" w:rsidRDefault="00000000">
            <w:pPr>
              <w:spacing w:after="0" w:line="240" w:lineRule="auto"/>
            </w:pPr>
            <w:sdt>
              <w:sdtPr>
                <w:alias w:val="Title"/>
                <w:tag w:val="Title"/>
                <w:id w:val="145"/>
                <w:text/>
              </w:sdtPr>
              <w:sdtContent>
                <w:r>
                  <w:t xml:space="preserve">                     </w:t>
                </w:r>
              </w:sdtContent>
            </w:sdt>
          </w:p>
        </w:tc>
        <w:tc>
          <w:tcPr>
            <w:tcW w:w="4365"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404E9D42" w14:textId="77777777" w:rsidR="00C32754" w:rsidRDefault="00000000">
            <w:pPr>
              <w:spacing w:after="40" w:line="240" w:lineRule="auto"/>
            </w:pPr>
            <w:r>
              <w:rPr>
                <w:b/>
                <w:color w:val="283E65"/>
                <w:sz w:val="18"/>
              </w:rPr>
              <w:t>Legal surname / family name</w:t>
            </w:r>
          </w:p>
          <w:p w14:paraId="22F3CC23" w14:textId="77777777" w:rsidR="00C32754" w:rsidRDefault="00000000">
            <w:pPr>
              <w:spacing w:after="0" w:line="240" w:lineRule="auto"/>
            </w:pPr>
            <w:sdt>
              <w:sdtPr>
                <w:alias w:val="Legal surname / family name"/>
                <w:tag w:val="Legal surname / family name"/>
                <w:id w:val="146"/>
                <w:text/>
              </w:sdtPr>
              <w:sdtContent>
                <w:r>
                  <w:t xml:space="preserve">                     </w:t>
                </w:r>
              </w:sdtContent>
            </w:sdt>
          </w:p>
        </w:tc>
        <w:tc>
          <w:tcPr>
            <w:tcW w:w="4365"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7DEB2869" w14:textId="77777777" w:rsidR="00C32754" w:rsidRDefault="00000000">
            <w:pPr>
              <w:spacing w:after="40" w:line="240" w:lineRule="auto"/>
            </w:pPr>
            <w:r>
              <w:rPr>
                <w:b/>
                <w:color w:val="283E65"/>
                <w:sz w:val="18"/>
              </w:rPr>
              <w:t>First name(s)</w:t>
            </w:r>
          </w:p>
          <w:p w14:paraId="417A5235" w14:textId="77777777" w:rsidR="00C32754" w:rsidRDefault="00000000">
            <w:pPr>
              <w:spacing w:after="0" w:line="240" w:lineRule="auto"/>
            </w:pPr>
            <w:sdt>
              <w:sdtPr>
                <w:alias w:val="First name(s)"/>
                <w:tag w:val="First name(s)"/>
                <w:id w:val="147"/>
                <w:text/>
              </w:sdtPr>
              <w:sdtContent>
                <w:r>
                  <w:t xml:space="preserve">                     </w:t>
                </w:r>
              </w:sdtContent>
            </w:sdt>
          </w:p>
        </w:tc>
      </w:tr>
    </w:tbl>
    <w:p w14:paraId="6F937186" w14:textId="77777777" w:rsidR="00C32754" w:rsidRDefault="00C32754">
      <w:pPr>
        <w:spacing w:after="60" w:line="40" w:lineRule="exact"/>
      </w:pPr>
    </w:p>
    <w:tbl>
      <w:tblPr>
        <w:tblW w:w="0" w:type="auto"/>
        <w:jc w:val="center"/>
        <w:tblLayout w:type="fixed"/>
        <w:tblLook w:val="04A0" w:firstRow="1" w:lastRow="0" w:firstColumn="1" w:lastColumn="0" w:noHBand="0" w:noVBand="1"/>
      </w:tblPr>
      <w:tblGrid>
        <w:gridCol w:w="4932"/>
        <w:gridCol w:w="4932"/>
      </w:tblGrid>
      <w:tr w:rsidR="00C32754" w14:paraId="232F86B0" w14:textId="77777777">
        <w:trPr>
          <w:cantSplit/>
          <w:trHeight w:val="510"/>
          <w:jc w:val="center"/>
        </w:trPr>
        <w:tc>
          <w:tcPr>
            <w:tcW w:w="4932"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06770EDB" w14:textId="77777777" w:rsidR="00C32754" w:rsidRDefault="00000000">
            <w:pPr>
              <w:spacing w:after="40" w:line="240" w:lineRule="auto"/>
            </w:pPr>
            <w:r>
              <w:rPr>
                <w:b/>
                <w:color w:val="283E65"/>
                <w:sz w:val="18"/>
              </w:rPr>
              <w:t xml:space="preserve">Relationship </w:t>
            </w:r>
            <w:proofErr w:type="gramStart"/>
            <w:r>
              <w:rPr>
                <w:b/>
                <w:color w:val="283E65"/>
                <w:sz w:val="18"/>
              </w:rPr>
              <w:t>to</w:t>
            </w:r>
            <w:proofErr w:type="gramEnd"/>
            <w:r>
              <w:rPr>
                <w:b/>
                <w:color w:val="283E65"/>
                <w:sz w:val="18"/>
              </w:rPr>
              <w:t xml:space="preserve"> </w:t>
            </w:r>
            <w:proofErr w:type="gramStart"/>
            <w:r>
              <w:rPr>
                <w:b/>
                <w:color w:val="283E65"/>
                <w:sz w:val="18"/>
              </w:rPr>
              <w:t>child</w:t>
            </w:r>
            <w:proofErr w:type="gramEnd"/>
          </w:p>
          <w:p w14:paraId="20818DB3" w14:textId="77777777" w:rsidR="00C32754" w:rsidRDefault="00000000">
            <w:pPr>
              <w:spacing w:after="0" w:line="240" w:lineRule="auto"/>
            </w:pPr>
            <w:sdt>
              <w:sdtPr>
                <w:alias w:val="Relationship to child"/>
                <w:tag w:val="Relationship to child"/>
                <w:id w:val="148"/>
                <w:text/>
              </w:sdtPr>
              <w:sdtContent>
                <w:r>
                  <w:t xml:space="preserve">                     </w:t>
                </w:r>
              </w:sdtContent>
            </w:sdt>
          </w:p>
        </w:tc>
        <w:tc>
          <w:tcPr>
            <w:tcW w:w="4932"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2525D0F7" w14:textId="77777777" w:rsidR="00C32754" w:rsidRDefault="00000000">
            <w:pPr>
              <w:spacing w:after="40" w:line="240" w:lineRule="auto"/>
            </w:pPr>
            <w:r>
              <w:rPr>
                <w:b/>
                <w:color w:val="283E65"/>
                <w:sz w:val="18"/>
              </w:rPr>
              <w:t>Country of birth</w:t>
            </w:r>
          </w:p>
          <w:p w14:paraId="36CE4B67" w14:textId="77777777" w:rsidR="00C32754" w:rsidRDefault="00000000">
            <w:pPr>
              <w:spacing w:after="0" w:line="240" w:lineRule="auto"/>
            </w:pPr>
            <w:sdt>
              <w:sdtPr>
                <w:alias w:val="Country of birth"/>
                <w:tag w:val="Country of birth"/>
                <w:id w:val="149"/>
                <w:text/>
              </w:sdtPr>
              <w:sdtContent>
                <w:r>
                  <w:t xml:space="preserve">                     </w:t>
                </w:r>
              </w:sdtContent>
            </w:sdt>
          </w:p>
        </w:tc>
      </w:tr>
    </w:tbl>
    <w:p w14:paraId="714EC05D" w14:textId="77777777" w:rsidR="00C32754" w:rsidRDefault="00C32754">
      <w:pPr>
        <w:spacing w:after="60" w:line="40" w:lineRule="exact"/>
      </w:pPr>
    </w:p>
    <w:tbl>
      <w:tblPr>
        <w:tblW w:w="0" w:type="auto"/>
        <w:jc w:val="center"/>
        <w:tblLayout w:type="fixed"/>
        <w:tblLook w:val="04A0" w:firstRow="1" w:lastRow="0" w:firstColumn="1" w:lastColumn="0" w:noHBand="0" w:noVBand="1"/>
      </w:tblPr>
      <w:tblGrid>
        <w:gridCol w:w="9865"/>
      </w:tblGrid>
      <w:tr w:rsidR="00C32754" w14:paraId="48036FE8" w14:textId="77777777">
        <w:trPr>
          <w:cantSplit/>
          <w:trHeight w:val="510"/>
          <w:jc w:val="center"/>
        </w:trPr>
        <w:tc>
          <w:tcPr>
            <w:tcW w:w="9865"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753692FD" w14:textId="77777777" w:rsidR="00C32754" w:rsidRDefault="00000000">
            <w:pPr>
              <w:spacing w:after="40" w:line="240" w:lineRule="auto"/>
            </w:pPr>
            <w:r>
              <w:rPr>
                <w:b/>
                <w:color w:val="283E65"/>
                <w:sz w:val="18"/>
              </w:rPr>
              <w:t xml:space="preserve">Home address (if different from </w:t>
            </w:r>
            <w:proofErr w:type="gramStart"/>
            <w:r>
              <w:rPr>
                <w:b/>
                <w:color w:val="283E65"/>
                <w:sz w:val="18"/>
              </w:rPr>
              <w:t>child’s</w:t>
            </w:r>
            <w:proofErr w:type="gramEnd"/>
            <w:r>
              <w:rPr>
                <w:b/>
                <w:color w:val="283E65"/>
                <w:sz w:val="18"/>
              </w:rPr>
              <w:t>)</w:t>
            </w:r>
          </w:p>
          <w:p w14:paraId="49B1E0A1" w14:textId="77777777" w:rsidR="00C32754" w:rsidRDefault="00000000">
            <w:pPr>
              <w:spacing w:after="0" w:line="240" w:lineRule="auto"/>
            </w:pPr>
            <w:sdt>
              <w:sdtPr>
                <w:alias w:val="Home address (if different from child’s)"/>
                <w:tag w:val="Home address (if different from child’s)"/>
                <w:id w:val="150"/>
                <w:text/>
              </w:sdtPr>
              <w:sdtContent>
                <w:r>
                  <w:t xml:space="preserve">                     </w:t>
                </w:r>
              </w:sdtContent>
            </w:sdt>
          </w:p>
        </w:tc>
      </w:tr>
    </w:tbl>
    <w:p w14:paraId="46E8F4F1" w14:textId="77777777" w:rsidR="00C32754" w:rsidRDefault="00C32754">
      <w:pPr>
        <w:spacing w:after="60" w:line="40" w:lineRule="exact"/>
      </w:pPr>
    </w:p>
    <w:tbl>
      <w:tblPr>
        <w:tblW w:w="0" w:type="auto"/>
        <w:jc w:val="center"/>
        <w:tblLayout w:type="fixed"/>
        <w:tblLook w:val="04A0" w:firstRow="1" w:lastRow="0" w:firstColumn="1" w:lastColumn="0" w:noHBand="0" w:noVBand="1"/>
      </w:tblPr>
      <w:tblGrid>
        <w:gridCol w:w="3288"/>
        <w:gridCol w:w="3288"/>
        <w:gridCol w:w="3288"/>
      </w:tblGrid>
      <w:tr w:rsidR="00C32754" w14:paraId="0B60493C" w14:textId="77777777">
        <w:trPr>
          <w:cantSplit/>
          <w:trHeight w:val="510"/>
          <w:jc w:val="center"/>
        </w:trPr>
        <w:tc>
          <w:tcPr>
            <w:tcW w:w="3288"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72099D56" w14:textId="77777777" w:rsidR="00C32754" w:rsidRDefault="00000000">
            <w:pPr>
              <w:spacing w:after="40" w:line="240" w:lineRule="auto"/>
            </w:pPr>
            <w:r>
              <w:rPr>
                <w:b/>
                <w:color w:val="283E65"/>
                <w:sz w:val="18"/>
              </w:rPr>
              <w:t>Mobile phone</w:t>
            </w:r>
          </w:p>
          <w:p w14:paraId="75E5D9A2" w14:textId="77777777" w:rsidR="00C32754" w:rsidRDefault="00000000">
            <w:pPr>
              <w:spacing w:after="0" w:line="240" w:lineRule="auto"/>
            </w:pPr>
            <w:sdt>
              <w:sdtPr>
                <w:alias w:val="Mobile phone"/>
                <w:tag w:val="Mobile phone"/>
                <w:id w:val="151"/>
                <w:text/>
              </w:sdtPr>
              <w:sdtContent>
                <w:r>
                  <w:t xml:space="preserve">                     </w:t>
                </w:r>
              </w:sdtContent>
            </w:sdt>
          </w:p>
        </w:tc>
        <w:tc>
          <w:tcPr>
            <w:tcW w:w="3288"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0DDB238D" w14:textId="77777777" w:rsidR="00C32754" w:rsidRDefault="00000000">
            <w:pPr>
              <w:spacing w:after="40" w:line="240" w:lineRule="auto"/>
            </w:pPr>
            <w:r>
              <w:rPr>
                <w:b/>
                <w:color w:val="283E65"/>
                <w:sz w:val="18"/>
              </w:rPr>
              <w:t>Home phone</w:t>
            </w:r>
          </w:p>
          <w:p w14:paraId="2AEF89E7" w14:textId="77777777" w:rsidR="00C32754" w:rsidRDefault="00000000">
            <w:pPr>
              <w:spacing w:after="0" w:line="240" w:lineRule="auto"/>
            </w:pPr>
            <w:sdt>
              <w:sdtPr>
                <w:alias w:val="Home phone"/>
                <w:tag w:val="Home phone"/>
                <w:id w:val="152"/>
                <w:text/>
              </w:sdtPr>
              <w:sdtContent>
                <w:r>
                  <w:t xml:space="preserve">                     </w:t>
                </w:r>
              </w:sdtContent>
            </w:sdt>
          </w:p>
        </w:tc>
        <w:tc>
          <w:tcPr>
            <w:tcW w:w="3288"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428A26CE" w14:textId="77777777" w:rsidR="00C32754" w:rsidRDefault="00000000">
            <w:pPr>
              <w:spacing w:after="40" w:line="240" w:lineRule="auto"/>
            </w:pPr>
            <w:r>
              <w:rPr>
                <w:b/>
                <w:color w:val="283E65"/>
                <w:sz w:val="18"/>
              </w:rPr>
              <w:t xml:space="preserve">Work </w:t>
            </w:r>
            <w:proofErr w:type="gramStart"/>
            <w:r>
              <w:rPr>
                <w:b/>
                <w:color w:val="283E65"/>
                <w:sz w:val="18"/>
              </w:rPr>
              <w:t>phone</w:t>
            </w:r>
            <w:proofErr w:type="gramEnd"/>
          </w:p>
          <w:p w14:paraId="48FF760A" w14:textId="77777777" w:rsidR="00C32754" w:rsidRDefault="00000000">
            <w:pPr>
              <w:spacing w:after="0" w:line="240" w:lineRule="auto"/>
            </w:pPr>
            <w:sdt>
              <w:sdtPr>
                <w:alias w:val="Work phone"/>
                <w:tag w:val="Work phone"/>
                <w:id w:val="153"/>
                <w:text/>
              </w:sdtPr>
              <w:sdtContent>
                <w:r>
                  <w:t xml:space="preserve">                     </w:t>
                </w:r>
              </w:sdtContent>
            </w:sdt>
          </w:p>
        </w:tc>
      </w:tr>
    </w:tbl>
    <w:p w14:paraId="07E62FFB" w14:textId="77777777" w:rsidR="00C32754" w:rsidRDefault="00C32754">
      <w:pPr>
        <w:spacing w:after="60" w:line="40" w:lineRule="exact"/>
      </w:pPr>
    </w:p>
    <w:tbl>
      <w:tblPr>
        <w:tblW w:w="0" w:type="auto"/>
        <w:jc w:val="center"/>
        <w:tblLayout w:type="fixed"/>
        <w:tblLook w:val="04A0" w:firstRow="1" w:lastRow="0" w:firstColumn="1" w:lastColumn="0" w:noHBand="0" w:noVBand="1"/>
      </w:tblPr>
      <w:tblGrid>
        <w:gridCol w:w="9865"/>
      </w:tblGrid>
      <w:tr w:rsidR="00C32754" w14:paraId="46BAA9EF" w14:textId="77777777">
        <w:trPr>
          <w:cantSplit/>
          <w:trHeight w:val="510"/>
          <w:jc w:val="center"/>
        </w:trPr>
        <w:tc>
          <w:tcPr>
            <w:tcW w:w="9865"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24CB77F8" w14:textId="77777777" w:rsidR="00C32754" w:rsidRDefault="00000000">
            <w:pPr>
              <w:spacing w:after="40" w:line="240" w:lineRule="auto"/>
            </w:pPr>
            <w:r>
              <w:rPr>
                <w:b/>
                <w:color w:val="283E65"/>
                <w:sz w:val="18"/>
              </w:rPr>
              <w:t>Email address</w:t>
            </w:r>
          </w:p>
          <w:p w14:paraId="2CC61905" w14:textId="77777777" w:rsidR="00C32754" w:rsidRDefault="00000000">
            <w:pPr>
              <w:spacing w:after="0" w:line="240" w:lineRule="auto"/>
            </w:pPr>
            <w:sdt>
              <w:sdtPr>
                <w:alias w:val="Email address"/>
                <w:tag w:val="Email address"/>
                <w:id w:val="154"/>
                <w:text/>
              </w:sdtPr>
              <w:sdtContent>
                <w:r>
                  <w:t xml:space="preserve">                     </w:t>
                </w:r>
              </w:sdtContent>
            </w:sdt>
          </w:p>
        </w:tc>
      </w:tr>
    </w:tbl>
    <w:p w14:paraId="02161CDB" w14:textId="77777777" w:rsidR="00C32754" w:rsidRDefault="00C32754">
      <w:pPr>
        <w:spacing w:after="60" w:line="40" w:lineRule="exact"/>
      </w:pPr>
    </w:p>
    <w:tbl>
      <w:tblPr>
        <w:tblW w:w="0" w:type="auto"/>
        <w:jc w:val="center"/>
        <w:tblLayout w:type="fixed"/>
        <w:tblLook w:val="04A0" w:firstRow="1" w:lastRow="0" w:firstColumn="1" w:lastColumn="0" w:noHBand="0" w:noVBand="1"/>
      </w:tblPr>
      <w:tblGrid>
        <w:gridCol w:w="4932"/>
        <w:gridCol w:w="4932"/>
      </w:tblGrid>
      <w:tr w:rsidR="00C32754" w14:paraId="5394495B" w14:textId="77777777">
        <w:trPr>
          <w:cantSplit/>
          <w:trHeight w:val="510"/>
          <w:jc w:val="center"/>
        </w:trPr>
        <w:tc>
          <w:tcPr>
            <w:tcW w:w="4932"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255DA7AC" w14:textId="77777777" w:rsidR="00C32754" w:rsidRDefault="00000000">
            <w:pPr>
              <w:spacing w:after="40" w:line="240" w:lineRule="auto"/>
            </w:pPr>
            <w:r>
              <w:rPr>
                <w:b/>
                <w:color w:val="283E65"/>
                <w:sz w:val="18"/>
              </w:rPr>
              <w:t>Workplace &amp; work hours</w:t>
            </w:r>
          </w:p>
          <w:p w14:paraId="14F6281D" w14:textId="77777777" w:rsidR="00C32754" w:rsidRDefault="00000000">
            <w:pPr>
              <w:spacing w:after="0" w:line="240" w:lineRule="auto"/>
            </w:pPr>
            <w:sdt>
              <w:sdtPr>
                <w:alias w:val="Workplace &amp; work hours"/>
                <w:tag w:val="Workplace &amp; work hours"/>
                <w:id w:val="155"/>
                <w:text/>
              </w:sdtPr>
              <w:sdtContent>
                <w:r>
                  <w:t xml:space="preserve">                     </w:t>
                </w:r>
              </w:sdtContent>
            </w:sdt>
          </w:p>
        </w:tc>
        <w:tc>
          <w:tcPr>
            <w:tcW w:w="4932"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426D949C" w14:textId="77777777" w:rsidR="00C32754" w:rsidRDefault="00000000">
            <w:pPr>
              <w:spacing w:after="40" w:line="240" w:lineRule="auto"/>
            </w:pPr>
            <w:r>
              <w:rPr>
                <w:b/>
                <w:color w:val="283E65"/>
                <w:sz w:val="18"/>
              </w:rPr>
              <w:t>Occupation</w:t>
            </w:r>
          </w:p>
          <w:p w14:paraId="00EB07BB" w14:textId="77777777" w:rsidR="00C32754" w:rsidRDefault="00000000">
            <w:pPr>
              <w:spacing w:after="0" w:line="240" w:lineRule="auto"/>
            </w:pPr>
            <w:sdt>
              <w:sdtPr>
                <w:alias w:val="Occupation"/>
                <w:tag w:val="Occupation"/>
                <w:id w:val="156"/>
                <w:text/>
              </w:sdtPr>
              <w:sdtContent>
                <w:r>
                  <w:t xml:space="preserve">                     </w:t>
                </w:r>
              </w:sdtContent>
            </w:sdt>
          </w:p>
        </w:tc>
      </w:tr>
    </w:tbl>
    <w:p w14:paraId="7ACEF947" w14:textId="77777777" w:rsidR="00C32754" w:rsidRDefault="00C32754">
      <w:pPr>
        <w:spacing w:after="60" w:line="40" w:lineRule="exact"/>
      </w:pPr>
    </w:p>
    <w:p w14:paraId="713E208F" w14:textId="77777777" w:rsidR="00C32754" w:rsidRDefault="00000000">
      <w:pPr>
        <w:pStyle w:val="Heading2"/>
      </w:pPr>
      <w:r>
        <w:t>Emergency contacts</w:t>
      </w:r>
    </w:p>
    <w:p w14:paraId="7774133E" w14:textId="77777777" w:rsidR="00C32754" w:rsidRDefault="00000000">
      <w:pPr>
        <w:spacing w:after="140"/>
      </w:pPr>
      <w:r>
        <w:rPr>
          <w:sz w:val="19"/>
        </w:rPr>
        <w:t>Please give two people we can contact if parents / caregivers cannot be reached.</w:t>
      </w:r>
    </w:p>
    <w:tbl>
      <w:tblPr>
        <w:tblW w:w="0" w:type="auto"/>
        <w:jc w:val="center"/>
        <w:tblLayout w:type="fixed"/>
        <w:tblLook w:val="04A0" w:firstRow="1" w:lastRow="0" w:firstColumn="1" w:lastColumn="0" w:noHBand="0" w:noVBand="1"/>
      </w:tblPr>
      <w:tblGrid>
        <w:gridCol w:w="3118"/>
        <w:gridCol w:w="2098"/>
        <w:gridCol w:w="2324"/>
        <w:gridCol w:w="2324"/>
      </w:tblGrid>
      <w:tr w:rsidR="00C32754" w14:paraId="3B021858" w14:textId="77777777">
        <w:trPr>
          <w:cantSplit/>
          <w:trHeight w:val="510"/>
          <w:jc w:val="center"/>
        </w:trPr>
        <w:tc>
          <w:tcPr>
            <w:tcW w:w="3118"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3B13371F" w14:textId="77777777" w:rsidR="00C32754" w:rsidRDefault="00000000">
            <w:pPr>
              <w:spacing w:after="40" w:line="240" w:lineRule="auto"/>
            </w:pPr>
            <w:r>
              <w:rPr>
                <w:b/>
                <w:color w:val="283E65"/>
                <w:sz w:val="18"/>
              </w:rPr>
              <w:t>Contact 1: full name</w:t>
            </w:r>
          </w:p>
          <w:p w14:paraId="6B367501" w14:textId="77777777" w:rsidR="00C32754" w:rsidRDefault="00000000">
            <w:pPr>
              <w:spacing w:after="0" w:line="240" w:lineRule="auto"/>
            </w:pPr>
            <w:sdt>
              <w:sdtPr>
                <w:alias w:val="Contact 1: full name"/>
                <w:tag w:val="Contact 1: full name"/>
                <w:id w:val="157"/>
                <w:text/>
              </w:sdtPr>
              <w:sdtContent>
                <w:r>
                  <w:t xml:space="preserve">                     </w:t>
                </w:r>
              </w:sdtContent>
            </w:sdt>
          </w:p>
        </w:tc>
        <w:tc>
          <w:tcPr>
            <w:tcW w:w="2098"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233391EA" w14:textId="77777777" w:rsidR="00C32754" w:rsidRDefault="00000000">
            <w:pPr>
              <w:spacing w:after="40" w:line="240" w:lineRule="auto"/>
            </w:pPr>
            <w:r>
              <w:rPr>
                <w:b/>
                <w:color w:val="283E65"/>
                <w:sz w:val="18"/>
              </w:rPr>
              <w:t xml:space="preserve">Relationship </w:t>
            </w:r>
            <w:proofErr w:type="gramStart"/>
            <w:r>
              <w:rPr>
                <w:b/>
                <w:color w:val="283E65"/>
                <w:sz w:val="18"/>
              </w:rPr>
              <w:t>to</w:t>
            </w:r>
            <w:proofErr w:type="gramEnd"/>
            <w:r>
              <w:rPr>
                <w:b/>
                <w:color w:val="283E65"/>
                <w:sz w:val="18"/>
              </w:rPr>
              <w:t xml:space="preserve"> </w:t>
            </w:r>
            <w:proofErr w:type="gramStart"/>
            <w:r>
              <w:rPr>
                <w:b/>
                <w:color w:val="283E65"/>
                <w:sz w:val="18"/>
              </w:rPr>
              <w:t>child</w:t>
            </w:r>
            <w:proofErr w:type="gramEnd"/>
          </w:p>
          <w:p w14:paraId="0C717CE0" w14:textId="77777777" w:rsidR="00C32754" w:rsidRDefault="00000000">
            <w:pPr>
              <w:spacing w:after="0" w:line="240" w:lineRule="auto"/>
            </w:pPr>
            <w:sdt>
              <w:sdtPr>
                <w:alias w:val="Relationship to child"/>
                <w:tag w:val="Relationship to child"/>
                <w:id w:val="158"/>
                <w:text/>
              </w:sdtPr>
              <w:sdtContent>
                <w:r>
                  <w:t xml:space="preserve">                     </w:t>
                </w:r>
              </w:sdtContent>
            </w:sdt>
          </w:p>
        </w:tc>
        <w:tc>
          <w:tcPr>
            <w:tcW w:w="2324"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78D0600F" w14:textId="77777777" w:rsidR="00C32754" w:rsidRDefault="00000000">
            <w:pPr>
              <w:spacing w:after="40" w:line="240" w:lineRule="auto"/>
            </w:pPr>
            <w:r>
              <w:rPr>
                <w:b/>
                <w:color w:val="283E65"/>
                <w:sz w:val="18"/>
              </w:rPr>
              <w:t>Home phone</w:t>
            </w:r>
          </w:p>
          <w:p w14:paraId="6D02129D" w14:textId="77777777" w:rsidR="00C32754" w:rsidRDefault="00000000">
            <w:pPr>
              <w:spacing w:after="0" w:line="240" w:lineRule="auto"/>
            </w:pPr>
            <w:sdt>
              <w:sdtPr>
                <w:alias w:val="Home phone"/>
                <w:tag w:val="Home phone"/>
                <w:id w:val="159"/>
                <w:text/>
              </w:sdtPr>
              <w:sdtContent>
                <w:r>
                  <w:t xml:space="preserve">                     </w:t>
                </w:r>
              </w:sdtContent>
            </w:sdt>
          </w:p>
        </w:tc>
        <w:tc>
          <w:tcPr>
            <w:tcW w:w="2324"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0390F1EC" w14:textId="77777777" w:rsidR="00C32754" w:rsidRDefault="00000000">
            <w:pPr>
              <w:spacing w:after="40" w:line="240" w:lineRule="auto"/>
            </w:pPr>
            <w:r>
              <w:rPr>
                <w:b/>
                <w:color w:val="283E65"/>
                <w:sz w:val="18"/>
              </w:rPr>
              <w:t>Mobile phone</w:t>
            </w:r>
          </w:p>
          <w:p w14:paraId="6A9D98F6" w14:textId="77777777" w:rsidR="00C32754" w:rsidRDefault="00000000">
            <w:pPr>
              <w:spacing w:after="0" w:line="240" w:lineRule="auto"/>
            </w:pPr>
            <w:sdt>
              <w:sdtPr>
                <w:alias w:val="Mobile phone"/>
                <w:tag w:val="Mobile phone"/>
                <w:id w:val="160"/>
                <w:text/>
              </w:sdtPr>
              <w:sdtContent>
                <w:r>
                  <w:t xml:space="preserve">                     </w:t>
                </w:r>
              </w:sdtContent>
            </w:sdt>
          </w:p>
        </w:tc>
      </w:tr>
    </w:tbl>
    <w:p w14:paraId="5A6CAEED" w14:textId="77777777" w:rsidR="00C32754" w:rsidRDefault="00C32754">
      <w:pPr>
        <w:spacing w:after="60" w:line="40" w:lineRule="exact"/>
      </w:pPr>
    </w:p>
    <w:tbl>
      <w:tblPr>
        <w:tblW w:w="0" w:type="auto"/>
        <w:jc w:val="center"/>
        <w:tblLayout w:type="fixed"/>
        <w:tblLook w:val="04A0" w:firstRow="1" w:lastRow="0" w:firstColumn="1" w:lastColumn="0" w:noHBand="0" w:noVBand="1"/>
      </w:tblPr>
      <w:tblGrid>
        <w:gridCol w:w="3118"/>
        <w:gridCol w:w="2098"/>
        <w:gridCol w:w="2324"/>
        <w:gridCol w:w="2324"/>
      </w:tblGrid>
      <w:tr w:rsidR="00C32754" w14:paraId="505A00D6" w14:textId="77777777">
        <w:trPr>
          <w:cantSplit/>
          <w:trHeight w:val="510"/>
          <w:jc w:val="center"/>
        </w:trPr>
        <w:tc>
          <w:tcPr>
            <w:tcW w:w="3118"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167F9477" w14:textId="77777777" w:rsidR="00C32754" w:rsidRDefault="00000000">
            <w:pPr>
              <w:spacing w:after="40" w:line="240" w:lineRule="auto"/>
            </w:pPr>
            <w:r>
              <w:rPr>
                <w:b/>
                <w:color w:val="283E65"/>
                <w:sz w:val="18"/>
              </w:rPr>
              <w:t>Contact 2: full name</w:t>
            </w:r>
          </w:p>
          <w:p w14:paraId="376F4EF4" w14:textId="77777777" w:rsidR="00C32754" w:rsidRDefault="00000000">
            <w:pPr>
              <w:spacing w:after="0" w:line="240" w:lineRule="auto"/>
            </w:pPr>
            <w:sdt>
              <w:sdtPr>
                <w:alias w:val="Contact 2: full name"/>
                <w:tag w:val="Contact 2: full name"/>
                <w:id w:val="161"/>
                <w:text/>
              </w:sdtPr>
              <w:sdtContent>
                <w:r>
                  <w:t xml:space="preserve">                     </w:t>
                </w:r>
              </w:sdtContent>
            </w:sdt>
          </w:p>
        </w:tc>
        <w:tc>
          <w:tcPr>
            <w:tcW w:w="2098"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4434C98C" w14:textId="77777777" w:rsidR="00C32754" w:rsidRDefault="00000000">
            <w:pPr>
              <w:spacing w:after="40" w:line="240" w:lineRule="auto"/>
            </w:pPr>
            <w:r>
              <w:rPr>
                <w:b/>
                <w:color w:val="283E65"/>
                <w:sz w:val="18"/>
              </w:rPr>
              <w:t xml:space="preserve">Relationship </w:t>
            </w:r>
            <w:proofErr w:type="gramStart"/>
            <w:r>
              <w:rPr>
                <w:b/>
                <w:color w:val="283E65"/>
                <w:sz w:val="18"/>
              </w:rPr>
              <w:t>to</w:t>
            </w:r>
            <w:proofErr w:type="gramEnd"/>
            <w:r>
              <w:rPr>
                <w:b/>
                <w:color w:val="283E65"/>
                <w:sz w:val="18"/>
              </w:rPr>
              <w:t xml:space="preserve"> </w:t>
            </w:r>
            <w:proofErr w:type="gramStart"/>
            <w:r>
              <w:rPr>
                <w:b/>
                <w:color w:val="283E65"/>
                <w:sz w:val="18"/>
              </w:rPr>
              <w:t>child</w:t>
            </w:r>
            <w:proofErr w:type="gramEnd"/>
          </w:p>
          <w:p w14:paraId="3824D0B5" w14:textId="77777777" w:rsidR="00C32754" w:rsidRDefault="00000000">
            <w:pPr>
              <w:spacing w:after="0" w:line="240" w:lineRule="auto"/>
            </w:pPr>
            <w:sdt>
              <w:sdtPr>
                <w:alias w:val="Relationship to child"/>
                <w:tag w:val="Relationship to child"/>
                <w:id w:val="162"/>
                <w:text/>
              </w:sdtPr>
              <w:sdtContent>
                <w:r>
                  <w:t xml:space="preserve">                     </w:t>
                </w:r>
              </w:sdtContent>
            </w:sdt>
          </w:p>
        </w:tc>
        <w:tc>
          <w:tcPr>
            <w:tcW w:w="2324"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77678937" w14:textId="77777777" w:rsidR="00C32754" w:rsidRDefault="00000000">
            <w:pPr>
              <w:spacing w:after="40" w:line="240" w:lineRule="auto"/>
            </w:pPr>
            <w:r>
              <w:rPr>
                <w:b/>
                <w:color w:val="283E65"/>
                <w:sz w:val="18"/>
              </w:rPr>
              <w:t>Home phone</w:t>
            </w:r>
          </w:p>
          <w:p w14:paraId="5A07FE89" w14:textId="77777777" w:rsidR="00C32754" w:rsidRDefault="00000000">
            <w:pPr>
              <w:spacing w:after="0" w:line="240" w:lineRule="auto"/>
            </w:pPr>
            <w:sdt>
              <w:sdtPr>
                <w:alias w:val="Home phone"/>
                <w:tag w:val="Home phone"/>
                <w:id w:val="163"/>
                <w:text/>
              </w:sdtPr>
              <w:sdtContent>
                <w:r>
                  <w:t xml:space="preserve">                     </w:t>
                </w:r>
              </w:sdtContent>
            </w:sdt>
          </w:p>
        </w:tc>
        <w:tc>
          <w:tcPr>
            <w:tcW w:w="2324"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7FBCBBD6" w14:textId="77777777" w:rsidR="00C32754" w:rsidRDefault="00000000">
            <w:pPr>
              <w:spacing w:after="40" w:line="240" w:lineRule="auto"/>
            </w:pPr>
            <w:r>
              <w:rPr>
                <w:b/>
                <w:color w:val="283E65"/>
                <w:sz w:val="18"/>
              </w:rPr>
              <w:t>Mobile phone</w:t>
            </w:r>
          </w:p>
          <w:p w14:paraId="067EFA6E" w14:textId="77777777" w:rsidR="00C32754" w:rsidRDefault="00000000">
            <w:pPr>
              <w:spacing w:after="0" w:line="240" w:lineRule="auto"/>
            </w:pPr>
            <w:sdt>
              <w:sdtPr>
                <w:alias w:val="Mobile phone"/>
                <w:tag w:val="Mobile phone"/>
                <w:id w:val="164"/>
                <w:text/>
              </w:sdtPr>
              <w:sdtContent>
                <w:r>
                  <w:t xml:space="preserve">                     </w:t>
                </w:r>
              </w:sdtContent>
            </w:sdt>
          </w:p>
        </w:tc>
      </w:tr>
    </w:tbl>
    <w:p w14:paraId="27DEF865" w14:textId="77777777" w:rsidR="00C32754" w:rsidRDefault="00C32754">
      <w:pPr>
        <w:spacing w:after="60" w:line="40" w:lineRule="exact"/>
      </w:pPr>
    </w:p>
    <w:p w14:paraId="00AB7272" w14:textId="77777777" w:rsidR="00C32754" w:rsidRDefault="00C32754">
      <w:pPr>
        <w:spacing w:after="60" w:line="40" w:lineRule="exact"/>
      </w:pPr>
    </w:p>
    <w:p w14:paraId="4C522AF2" w14:textId="77777777" w:rsidR="00C32754" w:rsidRDefault="00000000">
      <w:pPr>
        <w:pageBreakBefore/>
        <w:spacing w:after="100"/>
      </w:pPr>
      <w:proofErr w:type="gramStart"/>
      <w:r>
        <w:rPr>
          <w:b/>
          <w:color w:val="087B83"/>
          <w:sz w:val="16"/>
        </w:rPr>
        <w:lastRenderedPageBreak/>
        <w:t>04  /</w:t>
      </w:r>
      <w:proofErr w:type="gramEnd"/>
      <w:r>
        <w:rPr>
          <w:b/>
          <w:color w:val="087B83"/>
          <w:sz w:val="16"/>
        </w:rPr>
        <w:t xml:space="preserve">  FAMILY INFORMATION</w:t>
      </w:r>
    </w:p>
    <w:p w14:paraId="07467437" w14:textId="77777777" w:rsidR="00C32754" w:rsidRDefault="00000000">
      <w:pPr>
        <w:pStyle w:val="Heading1"/>
      </w:pPr>
      <w:r>
        <w:t>Before joining our school</w:t>
      </w:r>
    </w:p>
    <w:p w14:paraId="34E508F2" w14:textId="77777777" w:rsidR="00C32754" w:rsidRDefault="00000000">
      <w:pPr>
        <w:spacing w:after="160"/>
      </w:pPr>
      <w:r>
        <w:t>This information helps us understand your child’s learning journey.</w:t>
      </w:r>
    </w:p>
    <w:p w14:paraId="5194F0C6" w14:textId="77777777" w:rsidR="00C32754" w:rsidRDefault="00000000">
      <w:pPr>
        <w:pStyle w:val="Heading2"/>
      </w:pPr>
      <w:r>
        <w:t xml:space="preserve">Previous school or </w:t>
      </w:r>
      <w:proofErr w:type="spellStart"/>
      <w:r>
        <w:t>centre</w:t>
      </w:r>
      <w:proofErr w:type="spellEnd"/>
    </w:p>
    <w:tbl>
      <w:tblPr>
        <w:tblW w:w="0" w:type="auto"/>
        <w:jc w:val="center"/>
        <w:tblLayout w:type="fixed"/>
        <w:tblLook w:val="04A0" w:firstRow="1" w:lastRow="0" w:firstColumn="1" w:lastColumn="0" w:noHBand="0" w:noVBand="1"/>
      </w:tblPr>
      <w:tblGrid>
        <w:gridCol w:w="9865"/>
      </w:tblGrid>
      <w:tr w:rsidR="00C32754" w14:paraId="09306799" w14:textId="77777777">
        <w:trPr>
          <w:cantSplit/>
          <w:trHeight w:val="556"/>
          <w:jc w:val="center"/>
        </w:trPr>
        <w:tc>
          <w:tcPr>
            <w:tcW w:w="9865"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59E5B2FF" w14:textId="77777777" w:rsidR="00C32754" w:rsidRDefault="00000000">
            <w:pPr>
              <w:spacing w:after="40" w:line="240" w:lineRule="auto"/>
            </w:pPr>
            <w:r>
              <w:rPr>
                <w:b/>
                <w:color w:val="283E65"/>
                <w:sz w:val="18"/>
              </w:rPr>
              <w:t xml:space="preserve">Previous school / </w:t>
            </w:r>
            <w:proofErr w:type="spellStart"/>
            <w:r>
              <w:rPr>
                <w:b/>
                <w:color w:val="283E65"/>
                <w:sz w:val="18"/>
              </w:rPr>
              <w:t>centre</w:t>
            </w:r>
            <w:proofErr w:type="spellEnd"/>
            <w:r>
              <w:rPr>
                <w:b/>
                <w:color w:val="283E65"/>
                <w:sz w:val="18"/>
              </w:rPr>
              <w:t xml:space="preserve"> name</w:t>
            </w:r>
          </w:p>
          <w:p w14:paraId="5C10BD06" w14:textId="77777777" w:rsidR="00C32754" w:rsidRDefault="00000000">
            <w:pPr>
              <w:spacing w:after="0" w:line="240" w:lineRule="auto"/>
            </w:pPr>
            <w:sdt>
              <w:sdtPr>
                <w:alias w:val="Previous school / centre name"/>
                <w:tag w:val="Previous school / centre name"/>
                <w:id w:val="166"/>
                <w:text/>
              </w:sdtPr>
              <w:sdtContent>
                <w:r>
                  <w:t xml:space="preserve">                     </w:t>
                </w:r>
              </w:sdtContent>
            </w:sdt>
          </w:p>
        </w:tc>
      </w:tr>
    </w:tbl>
    <w:p w14:paraId="210318F3" w14:textId="77777777" w:rsidR="00C32754" w:rsidRDefault="00C32754">
      <w:pPr>
        <w:spacing w:after="60" w:line="40" w:lineRule="exact"/>
      </w:pPr>
    </w:p>
    <w:tbl>
      <w:tblPr>
        <w:tblW w:w="0" w:type="auto"/>
        <w:jc w:val="center"/>
        <w:tblLayout w:type="fixed"/>
        <w:tblLook w:val="04A0" w:firstRow="1" w:lastRow="0" w:firstColumn="1" w:lastColumn="0" w:noHBand="0" w:noVBand="1"/>
      </w:tblPr>
      <w:tblGrid>
        <w:gridCol w:w="9865"/>
      </w:tblGrid>
      <w:tr w:rsidR="00C32754" w14:paraId="384B12C5" w14:textId="77777777">
        <w:trPr>
          <w:cantSplit/>
          <w:trHeight w:val="862"/>
          <w:jc w:val="center"/>
        </w:trPr>
        <w:tc>
          <w:tcPr>
            <w:tcW w:w="9865"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0EE0D6E1" w14:textId="77777777" w:rsidR="00C32754" w:rsidRDefault="00000000">
            <w:pPr>
              <w:spacing w:after="40" w:line="240" w:lineRule="auto"/>
            </w:pPr>
            <w:r>
              <w:rPr>
                <w:b/>
                <w:color w:val="283E65"/>
                <w:sz w:val="18"/>
              </w:rPr>
              <w:t xml:space="preserve">Previous school / </w:t>
            </w:r>
            <w:proofErr w:type="spellStart"/>
            <w:r>
              <w:rPr>
                <w:b/>
                <w:color w:val="283E65"/>
                <w:sz w:val="18"/>
              </w:rPr>
              <w:t>centre</w:t>
            </w:r>
            <w:proofErr w:type="spellEnd"/>
            <w:r>
              <w:rPr>
                <w:b/>
                <w:color w:val="283E65"/>
                <w:sz w:val="18"/>
              </w:rPr>
              <w:t xml:space="preserve"> address</w:t>
            </w:r>
          </w:p>
          <w:p w14:paraId="62A03CD8" w14:textId="77777777" w:rsidR="00C32754" w:rsidRDefault="00000000">
            <w:pPr>
              <w:spacing w:after="0" w:line="240" w:lineRule="auto"/>
            </w:pPr>
            <w:sdt>
              <w:sdtPr>
                <w:alias w:val="Previous school / centre address"/>
                <w:tag w:val="Previous school / centre address"/>
                <w:id w:val="167"/>
                <w:text/>
              </w:sdtPr>
              <w:sdtContent>
                <w:r>
                  <w:t xml:space="preserve">                     </w:t>
                </w:r>
              </w:sdtContent>
            </w:sdt>
          </w:p>
        </w:tc>
      </w:tr>
    </w:tbl>
    <w:p w14:paraId="331BE36A" w14:textId="77777777" w:rsidR="00C32754" w:rsidRDefault="00C32754">
      <w:pPr>
        <w:spacing w:after="60" w:line="40" w:lineRule="exact"/>
      </w:pPr>
    </w:p>
    <w:p w14:paraId="4FF016CC" w14:textId="77777777" w:rsidR="00C32754" w:rsidRDefault="00000000">
      <w:pPr>
        <w:pStyle w:val="Heading2"/>
      </w:pPr>
      <w:r>
        <w:t>Early childhood education (ECE)</w:t>
      </w:r>
    </w:p>
    <w:p w14:paraId="48A78047" w14:textId="77777777" w:rsidR="00C32754" w:rsidRDefault="00000000">
      <w:pPr>
        <w:spacing w:after="60"/>
      </w:pPr>
      <w:r>
        <w:rPr>
          <w:b/>
        </w:rPr>
        <w:t>Did your child regularly attend ECE before starting school?</w:t>
      </w:r>
    </w:p>
    <w:p w14:paraId="5CF0FA69" w14:textId="77777777" w:rsidR="00C32754" w:rsidRDefault="00000000">
      <w:sdt>
        <w:sdtPr>
          <w:alias w:val="Yes, regularly"/>
          <w:id w:val="168"/>
          <w14:checkbox>
            <w14:checked w14:val="0"/>
            <w14:checkedState w14:val="2612" w14:font="DejaVu Sans"/>
            <w14:uncheckedState w14:val="2610" w14:font="DejaVu Sans"/>
          </w14:checkbox>
        </w:sdtPr>
        <w:sdtContent>
          <w:r>
            <w:rPr>
              <w:rFonts w:ascii="DejaVu Sans" w:hAnsi="DejaVu Sans"/>
              <w:sz w:val="22"/>
            </w:rPr>
            <w:t>☐</w:t>
          </w:r>
        </w:sdtContent>
      </w:sdt>
      <w:r>
        <w:t xml:space="preserve"> Yes, regularly   </w:t>
      </w:r>
      <w:sdt>
        <w:sdtPr>
          <w:alias w:val="Occasionally / no regular schedule"/>
          <w:id w:val="169"/>
          <w14:checkbox>
            <w14:checked w14:val="0"/>
            <w14:checkedState w14:val="2612" w14:font="DejaVu Sans"/>
            <w14:uncheckedState w14:val="2610" w14:font="DejaVu Sans"/>
          </w14:checkbox>
        </w:sdtPr>
        <w:sdtContent>
          <w:r>
            <w:rPr>
              <w:rFonts w:ascii="DejaVu Sans" w:hAnsi="DejaVu Sans"/>
              <w:sz w:val="22"/>
            </w:rPr>
            <w:t>☐</w:t>
          </w:r>
        </w:sdtContent>
      </w:sdt>
      <w:r>
        <w:t xml:space="preserve"> Occasionally / no regular schedule   </w:t>
      </w:r>
      <w:sdt>
        <w:sdtPr>
          <w:alias w:val="Did not attend"/>
          <w:id w:val="170"/>
          <w14:checkbox>
            <w14:checked w14:val="0"/>
            <w14:checkedState w14:val="2612" w14:font="DejaVu Sans"/>
            <w14:uncheckedState w14:val="2610" w14:font="DejaVu Sans"/>
          </w14:checkbox>
        </w:sdtPr>
        <w:sdtContent>
          <w:r>
            <w:rPr>
              <w:rFonts w:ascii="DejaVu Sans" w:hAnsi="DejaVu Sans"/>
              <w:sz w:val="22"/>
            </w:rPr>
            <w:t>☐</w:t>
          </w:r>
        </w:sdtContent>
      </w:sdt>
      <w:r>
        <w:t xml:space="preserve"> Did not attend   </w:t>
      </w:r>
    </w:p>
    <w:tbl>
      <w:tblPr>
        <w:tblW w:w="0" w:type="auto"/>
        <w:jc w:val="center"/>
        <w:tblLayout w:type="fixed"/>
        <w:tblLook w:val="04A0" w:firstRow="1" w:lastRow="0" w:firstColumn="1" w:lastColumn="0" w:noHBand="0" w:noVBand="1"/>
      </w:tblPr>
      <w:tblGrid>
        <w:gridCol w:w="9865"/>
      </w:tblGrid>
      <w:tr w:rsidR="00C32754" w14:paraId="03BD470D" w14:textId="77777777">
        <w:trPr>
          <w:cantSplit/>
          <w:trHeight w:val="556"/>
          <w:jc w:val="center"/>
        </w:trPr>
        <w:tc>
          <w:tcPr>
            <w:tcW w:w="9865"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23C36716" w14:textId="77777777" w:rsidR="00C32754" w:rsidRDefault="00000000">
            <w:pPr>
              <w:spacing w:after="40" w:line="240" w:lineRule="auto"/>
            </w:pPr>
            <w:r>
              <w:rPr>
                <w:b/>
                <w:color w:val="283E65"/>
                <w:sz w:val="18"/>
              </w:rPr>
              <w:t>If regularly: number of years attended</w:t>
            </w:r>
          </w:p>
          <w:p w14:paraId="1A5681C6" w14:textId="77777777" w:rsidR="00C32754" w:rsidRDefault="00000000">
            <w:pPr>
              <w:spacing w:after="0" w:line="240" w:lineRule="auto"/>
            </w:pPr>
            <w:sdt>
              <w:sdtPr>
                <w:alias w:val="If regularly: number of years attended"/>
                <w:tag w:val="If regularly: number of years attended"/>
                <w:id w:val="171"/>
                <w:text/>
              </w:sdtPr>
              <w:sdtContent>
                <w:r>
                  <w:t xml:space="preserve">                     </w:t>
                </w:r>
              </w:sdtContent>
            </w:sdt>
          </w:p>
        </w:tc>
      </w:tr>
    </w:tbl>
    <w:p w14:paraId="0F5B6118" w14:textId="77777777" w:rsidR="00C32754" w:rsidRDefault="00C32754">
      <w:pPr>
        <w:spacing w:after="60" w:line="40" w:lineRule="exact"/>
      </w:pPr>
    </w:p>
    <w:p w14:paraId="3FA87F01" w14:textId="77777777" w:rsidR="00C32754" w:rsidRDefault="00000000">
      <w:pPr>
        <w:spacing w:after="60"/>
      </w:pPr>
      <w:r>
        <w:rPr>
          <w:b/>
        </w:rPr>
        <w:t>Did your child attend an ECE service in the six months before starting school?</w:t>
      </w:r>
    </w:p>
    <w:p w14:paraId="3E1D266D" w14:textId="77777777" w:rsidR="00C32754" w:rsidRDefault="00000000">
      <w:sdt>
        <w:sdtPr>
          <w:alias w:val="Yes"/>
          <w:id w:val="172"/>
          <w14:checkbox>
            <w14:checked w14:val="0"/>
            <w14:checkedState w14:val="2612" w14:font="DejaVu Sans"/>
            <w14:uncheckedState w14:val="2610" w14:font="DejaVu Sans"/>
          </w14:checkbox>
        </w:sdtPr>
        <w:sdtContent>
          <w:r>
            <w:rPr>
              <w:rFonts w:ascii="DejaVu Sans" w:hAnsi="DejaVu Sans"/>
              <w:sz w:val="22"/>
            </w:rPr>
            <w:t>☐</w:t>
          </w:r>
        </w:sdtContent>
      </w:sdt>
      <w:r>
        <w:t xml:space="preserve"> Yes   </w:t>
      </w:r>
      <w:sdt>
        <w:sdtPr>
          <w:alias w:val="No"/>
          <w:id w:val="173"/>
          <w14:checkbox>
            <w14:checked w14:val="0"/>
            <w14:checkedState w14:val="2612" w14:font="DejaVu Sans"/>
            <w14:uncheckedState w14:val="2610" w14:font="DejaVu Sans"/>
          </w14:checkbox>
        </w:sdtPr>
        <w:sdtContent>
          <w:r>
            <w:rPr>
              <w:rFonts w:ascii="DejaVu Sans" w:hAnsi="DejaVu Sans"/>
              <w:sz w:val="22"/>
            </w:rPr>
            <w:t>☐</w:t>
          </w:r>
        </w:sdtContent>
      </w:sdt>
      <w:r>
        <w:t xml:space="preserve"> No   </w:t>
      </w:r>
    </w:p>
    <w:p w14:paraId="7F57EDFF" w14:textId="77777777" w:rsidR="00C32754" w:rsidRDefault="00000000">
      <w:pPr>
        <w:spacing w:after="140"/>
      </w:pPr>
      <w:r>
        <w:rPr>
          <w:sz w:val="19"/>
        </w:rPr>
        <w:t xml:space="preserve">If yes, show the hours per week for up to three services </w:t>
      </w:r>
      <w:proofErr w:type="gramStart"/>
      <w:r>
        <w:rPr>
          <w:sz w:val="19"/>
        </w:rPr>
        <w:t>in</w:t>
      </w:r>
      <w:proofErr w:type="gramEnd"/>
      <w:r>
        <w:rPr>
          <w:sz w:val="19"/>
        </w:rPr>
        <w:t xml:space="preserve"> the table. Each column is one service. Leave unused columns blank.</w:t>
      </w:r>
    </w:p>
    <w:tbl>
      <w:tblPr>
        <w:tblW w:w="0" w:type="auto"/>
        <w:jc w:val="center"/>
        <w:tblLayout w:type="fixed"/>
        <w:tblLook w:val="04A0" w:firstRow="1" w:lastRow="0" w:firstColumn="1" w:lastColumn="0" w:noHBand="0" w:noVBand="1"/>
      </w:tblPr>
      <w:tblGrid>
        <w:gridCol w:w="5102"/>
        <w:gridCol w:w="1587"/>
        <w:gridCol w:w="1587"/>
        <w:gridCol w:w="1587"/>
      </w:tblGrid>
      <w:tr w:rsidR="00C32754" w14:paraId="3E0C68DB" w14:textId="77777777">
        <w:trPr>
          <w:jc w:val="center"/>
        </w:trPr>
        <w:tc>
          <w:tcPr>
            <w:tcW w:w="5102" w:type="dxa"/>
            <w:shd w:val="clear" w:color="auto" w:fill="283E65"/>
            <w:tcMar>
              <w:top w:w="70" w:type="dxa"/>
              <w:left w:w="110" w:type="dxa"/>
              <w:bottom w:w="70" w:type="dxa"/>
              <w:right w:w="110" w:type="dxa"/>
            </w:tcMar>
          </w:tcPr>
          <w:p w14:paraId="6B525E00" w14:textId="77777777" w:rsidR="00C32754" w:rsidRDefault="00000000">
            <w:pPr>
              <w:spacing w:after="0"/>
            </w:pPr>
            <w:r>
              <w:rPr>
                <w:b/>
                <w:color w:val="FFFFFF"/>
                <w:sz w:val="18"/>
              </w:rPr>
              <w:t>Type of ECE service</w:t>
            </w:r>
          </w:p>
        </w:tc>
        <w:tc>
          <w:tcPr>
            <w:tcW w:w="1587" w:type="dxa"/>
            <w:shd w:val="clear" w:color="auto" w:fill="283E65"/>
            <w:tcMar>
              <w:top w:w="70" w:type="dxa"/>
              <w:left w:w="110" w:type="dxa"/>
              <w:bottom w:w="70" w:type="dxa"/>
              <w:right w:w="110" w:type="dxa"/>
            </w:tcMar>
          </w:tcPr>
          <w:p w14:paraId="51ED0455" w14:textId="77777777" w:rsidR="00C32754" w:rsidRDefault="00000000">
            <w:pPr>
              <w:spacing w:after="0"/>
            </w:pPr>
            <w:r>
              <w:rPr>
                <w:b/>
                <w:color w:val="FFFFFF"/>
                <w:sz w:val="18"/>
              </w:rPr>
              <w:t>Service 1</w:t>
            </w:r>
            <w:r>
              <w:rPr>
                <w:b/>
                <w:color w:val="FFFFFF"/>
                <w:sz w:val="18"/>
              </w:rPr>
              <w:br/>
              <w:t>hours / week</w:t>
            </w:r>
          </w:p>
        </w:tc>
        <w:tc>
          <w:tcPr>
            <w:tcW w:w="1587" w:type="dxa"/>
            <w:shd w:val="clear" w:color="auto" w:fill="283E65"/>
            <w:tcMar>
              <w:top w:w="70" w:type="dxa"/>
              <w:left w:w="110" w:type="dxa"/>
              <w:bottom w:w="70" w:type="dxa"/>
              <w:right w:w="110" w:type="dxa"/>
            </w:tcMar>
          </w:tcPr>
          <w:p w14:paraId="0CCC2519" w14:textId="77777777" w:rsidR="00C32754" w:rsidRDefault="00000000">
            <w:pPr>
              <w:spacing w:after="0"/>
            </w:pPr>
            <w:r>
              <w:rPr>
                <w:b/>
                <w:color w:val="FFFFFF"/>
                <w:sz w:val="18"/>
              </w:rPr>
              <w:t>Service 2</w:t>
            </w:r>
            <w:r>
              <w:rPr>
                <w:b/>
                <w:color w:val="FFFFFF"/>
                <w:sz w:val="18"/>
              </w:rPr>
              <w:br/>
              <w:t>hours / week</w:t>
            </w:r>
          </w:p>
        </w:tc>
        <w:tc>
          <w:tcPr>
            <w:tcW w:w="1587" w:type="dxa"/>
            <w:shd w:val="clear" w:color="auto" w:fill="283E65"/>
            <w:tcMar>
              <w:top w:w="70" w:type="dxa"/>
              <w:left w:w="110" w:type="dxa"/>
              <w:bottom w:w="70" w:type="dxa"/>
              <w:right w:w="110" w:type="dxa"/>
            </w:tcMar>
          </w:tcPr>
          <w:p w14:paraId="0EB7D8FF" w14:textId="77777777" w:rsidR="00C32754" w:rsidRDefault="00000000">
            <w:pPr>
              <w:spacing w:after="0"/>
            </w:pPr>
            <w:r>
              <w:rPr>
                <w:b/>
                <w:color w:val="FFFFFF"/>
                <w:sz w:val="18"/>
              </w:rPr>
              <w:t>Service 3</w:t>
            </w:r>
            <w:r>
              <w:rPr>
                <w:b/>
                <w:color w:val="FFFFFF"/>
                <w:sz w:val="18"/>
              </w:rPr>
              <w:br/>
              <w:t>hours / week</w:t>
            </w:r>
          </w:p>
        </w:tc>
      </w:tr>
      <w:tr w:rsidR="00C32754" w14:paraId="55D00552" w14:textId="77777777">
        <w:trPr>
          <w:cantSplit/>
          <w:jc w:val="center"/>
        </w:trPr>
        <w:tc>
          <w:tcPr>
            <w:tcW w:w="5102" w:type="dxa"/>
            <w:tcBorders>
              <w:top w:val="single" w:sz="5" w:space="0" w:color="CCDADD"/>
              <w:left w:val="single" w:sz="5" w:space="0" w:color="CCDADD"/>
              <w:bottom w:val="single" w:sz="5" w:space="0" w:color="CCDADD"/>
              <w:right w:val="single" w:sz="5" w:space="0" w:color="CCDADD"/>
            </w:tcBorders>
            <w:shd w:val="clear" w:color="auto" w:fill="F0F6F7"/>
            <w:tcMar>
              <w:top w:w="85" w:type="dxa"/>
              <w:left w:w="110" w:type="dxa"/>
              <w:bottom w:w="85" w:type="dxa"/>
              <w:right w:w="110" w:type="dxa"/>
            </w:tcMar>
          </w:tcPr>
          <w:p w14:paraId="7D1F7890" w14:textId="77777777" w:rsidR="00C32754" w:rsidRDefault="00000000">
            <w:pPr>
              <w:spacing w:after="0" w:line="240" w:lineRule="auto"/>
            </w:pPr>
            <w:r>
              <w:rPr>
                <w:sz w:val="19"/>
              </w:rPr>
              <w:t>Kōhanga Reo</w:t>
            </w:r>
          </w:p>
        </w:tc>
        <w:tc>
          <w:tcPr>
            <w:tcW w:w="1587" w:type="dxa"/>
            <w:tcBorders>
              <w:top w:val="single" w:sz="5" w:space="0" w:color="CCDADD"/>
              <w:left w:val="single" w:sz="5" w:space="0" w:color="CCDADD"/>
              <w:bottom w:val="single" w:sz="5" w:space="0" w:color="CCDADD"/>
              <w:right w:val="single" w:sz="5" w:space="0" w:color="CCDADD"/>
            </w:tcBorders>
            <w:shd w:val="clear" w:color="auto" w:fill="FFFFFF"/>
            <w:tcMar>
              <w:top w:w="85" w:type="dxa"/>
              <w:left w:w="110" w:type="dxa"/>
              <w:bottom w:w="85" w:type="dxa"/>
              <w:right w:w="110" w:type="dxa"/>
            </w:tcMar>
          </w:tcPr>
          <w:p w14:paraId="3B6138CE" w14:textId="77777777" w:rsidR="00C32754" w:rsidRDefault="00000000">
            <w:pPr>
              <w:spacing w:after="0" w:line="240" w:lineRule="auto"/>
            </w:pPr>
            <w:sdt>
              <w:sdtPr>
                <w:alias w:val="Service 1&#10;hours / week"/>
                <w:tag w:val="Service 1&#10;hours / week"/>
                <w:id w:val="174"/>
                <w:text/>
              </w:sdtPr>
              <w:sdtContent>
                <w:r>
                  <w:t xml:space="preserve">                     </w:t>
                </w:r>
              </w:sdtContent>
            </w:sdt>
          </w:p>
        </w:tc>
        <w:tc>
          <w:tcPr>
            <w:tcW w:w="1587" w:type="dxa"/>
            <w:tcBorders>
              <w:top w:val="single" w:sz="5" w:space="0" w:color="CCDADD"/>
              <w:left w:val="single" w:sz="5" w:space="0" w:color="CCDADD"/>
              <w:bottom w:val="single" w:sz="5" w:space="0" w:color="CCDADD"/>
              <w:right w:val="single" w:sz="5" w:space="0" w:color="CCDADD"/>
            </w:tcBorders>
            <w:shd w:val="clear" w:color="auto" w:fill="FFFFFF"/>
            <w:tcMar>
              <w:top w:w="85" w:type="dxa"/>
              <w:left w:w="110" w:type="dxa"/>
              <w:bottom w:w="85" w:type="dxa"/>
              <w:right w:w="110" w:type="dxa"/>
            </w:tcMar>
          </w:tcPr>
          <w:p w14:paraId="1BCD007E" w14:textId="77777777" w:rsidR="00C32754" w:rsidRDefault="00000000">
            <w:pPr>
              <w:spacing w:after="0" w:line="240" w:lineRule="auto"/>
            </w:pPr>
            <w:sdt>
              <w:sdtPr>
                <w:alias w:val="Service 2&#10;hours / week"/>
                <w:tag w:val="Service 2&#10;hours / week"/>
                <w:id w:val="175"/>
                <w:text/>
              </w:sdtPr>
              <w:sdtContent>
                <w:r>
                  <w:t xml:space="preserve">                     </w:t>
                </w:r>
              </w:sdtContent>
            </w:sdt>
          </w:p>
        </w:tc>
        <w:tc>
          <w:tcPr>
            <w:tcW w:w="1587" w:type="dxa"/>
            <w:tcBorders>
              <w:top w:val="single" w:sz="5" w:space="0" w:color="CCDADD"/>
              <w:left w:val="single" w:sz="5" w:space="0" w:color="CCDADD"/>
              <w:bottom w:val="single" w:sz="5" w:space="0" w:color="CCDADD"/>
              <w:right w:val="single" w:sz="5" w:space="0" w:color="CCDADD"/>
            </w:tcBorders>
            <w:shd w:val="clear" w:color="auto" w:fill="FFFFFF"/>
            <w:tcMar>
              <w:top w:w="85" w:type="dxa"/>
              <w:left w:w="110" w:type="dxa"/>
              <w:bottom w:w="85" w:type="dxa"/>
              <w:right w:w="110" w:type="dxa"/>
            </w:tcMar>
          </w:tcPr>
          <w:p w14:paraId="2298AA75" w14:textId="77777777" w:rsidR="00C32754" w:rsidRDefault="00000000">
            <w:pPr>
              <w:spacing w:after="0" w:line="240" w:lineRule="auto"/>
            </w:pPr>
            <w:sdt>
              <w:sdtPr>
                <w:alias w:val="Service 3&#10;hours / week"/>
                <w:tag w:val="Service 3&#10;hours / week"/>
                <w:id w:val="176"/>
                <w:text/>
              </w:sdtPr>
              <w:sdtContent>
                <w:r>
                  <w:t xml:space="preserve">                     </w:t>
                </w:r>
              </w:sdtContent>
            </w:sdt>
          </w:p>
        </w:tc>
      </w:tr>
      <w:tr w:rsidR="00C32754" w14:paraId="202E0736" w14:textId="77777777">
        <w:trPr>
          <w:cantSplit/>
          <w:jc w:val="center"/>
        </w:trPr>
        <w:tc>
          <w:tcPr>
            <w:tcW w:w="5102" w:type="dxa"/>
            <w:tcBorders>
              <w:top w:val="single" w:sz="5" w:space="0" w:color="CCDADD"/>
              <w:left w:val="single" w:sz="5" w:space="0" w:color="CCDADD"/>
              <w:bottom w:val="single" w:sz="5" w:space="0" w:color="CCDADD"/>
              <w:right w:val="single" w:sz="5" w:space="0" w:color="CCDADD"/>
            </w:tcBorders>
            <w:shd w:val="clear" w:color="auto" w:fill="F0F6F7"/>
            <w:tcMar>
              <w:top w:w="85" w:type="dxa"/>
              <w:left w:w="110" w:type="dxa"/>
              <w:bottom w:w="85" w:type="dxa"/>
              <w:right w:w="110" w:type="dxa"/>
            </w:tcMar>
          </w:tcPr>
          <w:p w14:paraId="28690B2F" w14:textId="77777777" w:rsidR="00C32754" w:rsidRDefault="00000000">
            <w:pPr>
              <w:spacing w:after="0" w:line="240" w:lineRule="auto"/>
            </w:pPr>
            <w:proofErr w:type="spellStart"/>
            <w:r>
              <w:rPr>
                <w:sz w:val="19"/>
              </w:rPr>
              <w:t>Playcentre</w:t>
            </w:r>
            <w:proofErr w:type="spellEnd"/>
          </w:p>
        </w:tc>
        <w:tc>
          <w:tcPr>
            <w:tcW w:w="1587" w:type="dxa"/>
            <w:tcBorders>
              <w:top w:val="single" w:sz="5" w:space="0" w:color="CCDADD"/>
              <w:left w:val="single" w:sz="5" w:space="0" w:color="CCDADD"/>
              <w:bottom w:val="single" w:sz="5" w:space="0" w:color="CCDADD"/>
              <w:right w:val="single" w:sz="5" w:space="0" w:color="CCDADD"/>
            </w:tcBorders>
            <w:shd w:val="clear" w:color="auto" w:fill="FFFFFF"/>
            <w:tcMar>
              <w:top w:w="85" w:type="dxa"/>
              <w:left w:w="110" w:type="dxa"/>
              <w:bottom w:w="85" w:type="dxa"/>
              <w:right w:w="110" w:type="dxa"/>
            </w:tcMar>
          </w:tcPr>
          <w:p w14:paraId="60DECF3B" w14:textId="77777777" w:rsidR="00C32754" w:rsidRDefault="00000000">
            <w:pPr>
              <w:spacing w:after="0" w:line="240" w:lineRule="auto"/>
            </w:pPr>
            <w:sdt>
              <w:sdtPr>
                <w:alias w:val="Service 1&#10;hours / week"/>
                <w:tag w:val="Service 1&#10;hours / week"/>
                <w:id w:val="177"/>
                <w:text/>
              </w:sdtPr>
              <w:sdtContent>
                <w:r>
                  <w:t xml:space="preserve">                     </w:t>
                </w:r>
              </w:sdtContent>
            </w:sdt>
          </w:p>
        </w:tc>
        <w:tc>
          <w:tcPr>
            <w:tcW w:w="1587" w:type="dxa"/>
            <w:tcBorders>
              <w:top w:val="single" w:sz="5" w:space="0" w:color="CCDADD"/>
              <w:left w:val="single" w:sz="5" w:space="0" w:color="CCDADD"/>
              <w:bottom w:val="single" w:sz="5" w:space="0" w:color="CCDADD"/>
              <w:right w:val="single" w:sz="5" w:space="0" w:color="CCDADD"/>
            </w:tcBorders>
            <w:shd w:val="clear" w:color="auto" w:fill="FFFFFF"/>
            <w:tcMar>
              <w:top w:w="85" w:type="dxa"/>
              <w:left w:w="110" w:type="dxa"/>
              <w:bottom w:w="85" w:type="dxa"/>
              <w:right w:w="110" w:type="dxa"/>
            </w:tcMar>
          </w:tcPr>
          <w:p w14:paraId="5EC0FD5F" w14:textId="77777777" w:rsidR="00C32754" w:rsidRDefault="00000000">
            <w:pPr>
              <w:spacing w:after="0" w:line="240" w:lineRule="auto"/>
            </w:pPr>
            <w:sdt>
              <w:sdtPr>
                <w:alias w:val="Service 2&#10;hours / week"/>
                <w:tag w:val="Service 2&#10;hours / week"/>
                <w:id w:val="178"/>
                <w:text/>
              </w:sdtPr>
              <w:sdtContent>
                <w:r>
                  <w:t xml:space="preserve">                     </w:t>
                </w:r>
              </w:sdtContent>
            </w:sdt>
          </w:p>
        </w:tc>
        <w:tc>
          <w:tcPr>
            <w:tcW w:w="1587" w:type="dxa"/>
            <w:tcBorders>
              <w:top w:val="single" w:sz="5" w:space="0" w:color="CCDADD"/>
              <w:left w:val="single" w:sz="5" w:space="0" w:color="CCDADD"/>
              <w:bottom w:val="single" w:sz="5" w:space="0" w:color="CCDADD"/>
              <w:right w:val="single" w:sz="5" w:space="0" w:color="CCDADD"/>
            </w:tcBorders>
            <w:shd w:val="clear" w:color="auto" w:fill="FFFFFF"/>
            <w:tcMar>
              <w:top w:w="85" w:type="dxa"/>
              <w:left w:w="110" w:type="dxa"/>
              <w:bottom w:w="85" w:type="dxa"/>
              <w:right w:w="110" w:type="dxa"/>
            </w:tcMar>
          </w:tcPr>
          <w:p w14:paraId="2CC517C7" w14:textId="77777777" w:rsidR="00C32754" w:rsidRDefault="00000000">
            <w:pPr>
              <w:spacing w:after="0" w:line="240" w:lineRule="auto"/>
            </w:pPr>
            <w:sdt>
              <w:sdtPr>
                <w:alias w:val="Service 3&#10;hours / week"/>
                <w:tag w:val="Service 3&#10;hours / week"/>
                <w:id w:val="179"/>
                <w:text/>
              </w:sdtPr>
              <w:sdtContent>
                <w:r>
                  <w:t xml:space="preserve">                     </w:t>
                </w:r>
              </w:sdtContent>
            </w:sdt>
          </w:p>
        </w:tc>
      </w:tr>
      <w:tr w:rsidR="00C32754" w14:paraId="38BAAA42" w14:textId="77777777">
        <w:trPr>
          <w:cantSplit/>
          <w:jc w:val="center"/>
        </w:trPr>
        <w:tc>
          <w:tcPr>
            <w:tcW w:w="5102" w:type="dxa"/>
            <w:tcBorders>
              <w:top w:val="single" w:sz="5" w:space="0" w:color="CCDADD"/>
              <w:left w:val="single" w:sz="5" w:space="0" w:color="CCDADD"/>
              <w:bottom w:val="single" w:sz="5" w:space="0" w:color="CCDADD"/>
              <w:right w:val="single" w:sz="5" w:space="0" w:color="CCDADD"/>
            </w:tcBorders>
            <w:shd w:val="clear" w:color="auto" w:fill="F0F6F7"/>
            <w:tcMar>
              <w:top w:w="85" w:type="dxa"/>
              <w:left w:w="110" w:type="dxa"/>
              <w:bottom w:w="85" w:type="dxa"/>
              <w:right w:w="110" w:type="dxa"/>
            </w:tcMar>
          </w:tcPr>
          <w:p w14:paraId="20D754E5" w14:textId="77777777" w:rsidR="00C32754" w:rsidRDefault="00000000">
            <w:pPr>
              <w:spacing w:after="0" w:line="240" w:lineRule="auto"/>
            </w:pPr>
            <w:r>
              <w:rPr>
                <w:sz w:val="19"/>
              </w:rPr>
              <w:t xml:space="preserve">Kindergarten or education and care </w:t>
            </w:r>
            <w:proofErr w:type="spellStart"/>
            <w:r>
              <w:rPr>
                <w:sz w:val="19"/>
              </w:rPr>
              <w:t>centre</w:t>
            </w:r>
            <w:proofErr w:type="spellEnd"/>
          </w:p>
        </w:tc>
        <w:tc>
          <w:tcPr>
            <w:tcW w:w="1587" w:type="dxa"/>
            <w:tcBorders>
              <w:top w:val="single" w:sz="5" w:space="0" w:color="CCDADD"/>
              <w:left w:val="single" w:sz="5" w:space="0" w:color="CCDADD"/>
              <w:bottom w:val="single" w:sz="5" w:space="0" w:color="CCDADD"/>
              <w:right w:val="single" w:sz="5" w:space="0" w:color="CCDADD"/>
            </w:tcBorders>
            <w:shd w:val="clear" w:color="auto" w:fill="FFFFFF"/>
            <w:tcMar>
              <w:top w:w="85" w:type="dxa"/>
              <w:left w:w="110" w:type="dxa"/>
              <w:bottom w:w="85" w:type="dxa"/>
              <w:right w:w="110" w:type="dxa"/>
            </w:tcMar>
          </w:tcPr>
          <w:p w14:paraId="7FE0AA75" w14:textId="77777777" w:rsidR="00C32754" w:rsidRDefault="00000000">
            <w:pPr>
              <w:spacing w:after="0" w:line="240" w:lineRule="auto"/>
            </w:pPr>
            <w:sdt>
              <w:sdtPr>
                <w:alias w:val="Service 1&#10;hours / week"/>
                <w:tag w:val="Service 1&#10;hours / week"/>
                <w:id w:val="180"/>
                <w:text/>
              </w:sdtPr>
              <w:sdtContent>
                <w:r>
                  <w:t xml:space="preserve">                     </w:t>
                </w:r>
              </w:sdtContent>
            </w:sdt>
          </w:p>
        </w:tc>
        <w:tc>
          <w:tcPr>
            <w:tcW w:w="1587" w:type="dxa"/>
            <w:tcBorders>
              <w:top w:val="single" w:sz="5" w:space="0" w:color="CCDADD"/>
              <w:left w:val="single" w:sz="5" w:space="0" w:color="CCDADD"/>
              <w:bottom w:val="single" w:sz="5" w:space="0" w:color="CCDADD"/>
              <w:right w:val="single" w:sz="5" w:space="0" w:color="CCDADD"/>
            </w:tcBorders>
            <w:shd w:val="clear" w:color="auto" w:fill="FFFFFF"/>
            <w:tcMar>
              <w:top w:w="85" w:type="dxa"/>
              <w:left w:w="110" w:type="dxa"/>
              <w:bottom w:w="85" w:type="dxa"/>
              <w:right w:w="110" w:type="dxa"/>
            </w:tcMar>
          </w:tcPr>
          <w:p w14:paraId="68F83F77" w14:textId="77777777" w:rsidR="00C32754" w:rsidRDefault="00000000">
            <w:pPr>
              <w:spacing w:after="0" w:line="240" w:lineRule="auto"/>
            </w:pPr>
            <w:sdt>
              <w:sdtPr>
                <w:alias w:val="Service 2&#10;hours / week"/>
                <w:tag w:val="Service 2&#10;hours / week"/>
                <w:id w:val="181"/>
                <w:text/>
              </w:sdtPr>
              <w:sdtContent>
                <w:r>
                  <w:t xml:space="preserve">                     </w:t>
                </w:r>
              </w:sdtContent>
            </w:sdt>
          </w:p>
        </w:tc>
        <w:tc>
          <w:tcPr>
            <w:tcW w:w="1587" w:type="dxa"/>
            <w:tcBorders>
              <w:top w:val="single" w:sz="5" w:space="0" w:color="CCDADD"/>
              <w:left w:val="single" w:sz="5" w:space="0" w:color="CCDADD"/>
              <w:bottom w:val="single" w:sz="5" w:space="0" w:color="CCDADD"/>
              <w:right w:val="single" w:sz="5" w:space="0" w:color="CCDADD"/>
            </w:tcBorders>
            <w:shd w:val="clear" w:color="auto" w:fill="FFFFFF"/>
            <w:tcMar>
              <w:top w:w="85" w:type="dxa"/>
              <w:left w:w="110" w:type="dxa"/>
              <w:bottom w:w="85" w:type="dxa"/>
              <w:right w:w="110" w:type="dxa"/>
            </w:tcMar>
          </w:tcPr>
          <w:p w14:paraId="16A7A6E7" w14:textId="77777777" w:rsidR="00C32754" w:rsidRDefault="00000000">
            <w:pPr>
              <w:spacing w:after="0" w:line="240" w:lineRule="auto"/>
            </w:pPr>
            <w:sdt>
              <w:sdtPr>
                <w:alias w:val="Service 3&#10;hours / week"/>
                <w:tag w:val="Service 3&#10;hours / week"/>
                <w:id w:val="182"/>
                <w:text/>
              </w:sdtPr>
              <w:sdtContent>
                <w:r>
                  <w:t xml:space="preserve">                     </w:t>
                </w:r>
              </w:sdtContent>
            </w:sdt>
          </w:p>
        </w:tc>
      </w:tr>
      <w:tr w:rsidR="00C32754" w14:paraId="494E81BA" w14:textId="77777777">
        <w:trPr>
          <w:cantSplit/>
          <w:jc w:val="center"/>
        </w:trPr>
        <w:tc>
          <w:tcPr>
            <w:tcW w:w="5102" w:type="dxa"/>
            <w:tcBorders>
              <w:top w:val="single" w:sz="5" w:space="0" w:color="CCDADD"/>
              <w:left w:val="single" w:sz="5" w:space="0" w:color="CCDADD"/>
              <w:bottom w:val="single" w:sz="5" w:space="0" w:color="CCDADD"/>
              <w:right w:val="single" w:sz="5" w:space="0" w:color="CCDADD"/>
            </w:tcBorders>
            <w:shd w:val="clear" w:color="auto" w:fill="F0F6F7"/>
            <w:tcMar>
              <w:top w:w="85" w:type="dxa"/>
              <w:left w:w="110" w:type="dxa"/>
              <w:bottom w:w="85" w:type="dxa"/>
              <w:right w:w="110" w:type="dxa"/>
            </w:tcMar>
          </w:tcPr>
          <w:p w14:paraId="6C22849C" w14:textId="77777777" w:rsidR="00C32754" w:rsidRDefault="00000000">
            <w:pPr>
              <w:spacing w:after="0" w:line="240" w:lineRule="auto"/>
            </w:pPr>
            <w:r>
              <w:rPr>
                <w:sz w:val="19"/>
              </w:rPr>
              <w:t>Home-based service</w:t>
            </w:r>
          </w:p>
        </w:tc>
        <w:tc>
          <w:tcPr>
            <w:tcW w:w="1587" w:type="dxa"/>
            <w:tcBorders>
              <w:top w:val="single" w:sz="5" w:space="0" w:color="CCDADD"/>
              <w:left w:val="single" w:sz="5" w:space="0" w:color="CCDADD"/>
              <w:bottom w:val="single" w:sz="5" w:space="0" w:color="CCDADD"/>
              <w:right w:val="single" w:sz="5" w:space="0" w:color="CCDADD"/>
            </w:tcBorders>
            <w:shd w:val="clear" w:color="auto" w:fill="FFFFFF"/>
            <w:tcMar>
              <w:top w:w="85" w:type="dxa"/>
              <w:left w:w="110" w:type="dxa"/>
              <w:bottom w:w="85" w:type="dxa"/>
              <w:right w:w="110" w:type="dxa"/>
            </w:tcMar>
          </w:tcPr>
          <w:p w14:paraId="03463E53" w14:textId="77777777" w:rsidR="00C32754" w:rsidRDefault="00000000">
            <w:pPr>
              <w:spacing w:after="0" w:line="240" w:lineRule="auto"/>
            </w:pPr>
            <w:sdt>
              <w:sdtPr>
                <w:alias w:val="Service 1&#10;hours / week"/>
                <w:tag w:val="Service 1&#10;hours / week"/>
                <w:id w:val="183"/>
                <w:text/>
              </w:sdtPr>
              <w:sdtContent>
                <w:r>
                  <w:t xml:space="preserve">                     </w:t>
                </w:r>
              </w:sdtContent>
            </w:sdt>
          </w:p>
        </w:tc>
        <w:tc>
          <w:tcPr>
            <w:tcW w:w="1587" w:type="dxa"/>
            <w:tcBorders>
              <w:top w:val="single" w:sz="5" w:space="0" w:color="CCDADD"/>
              <w:left w:val="single" w:sz="5" w:space="0" w:color="CCDADD"/>
              <w:bottom w:val="single" w:sz="5" w:space="0" w:color="CCDADD"/>
              <w:right w:val="single" w:sz="5" w:space="0" w:color="CCDADD"/>
            </w:tcBorders>
            <w:shd w:val="clear" w:color="auto" w:fill="FFFFFF"/>
            <w:tcMar>
              <w:top w:w="85" w:type="dxa"/>
              <w:left w:w="110" w:type="dxa"/>
              <w:bottom w:w="85" w:type="dxa"/>
              <w:right w:w="110" w:type="dxa"/>
            </w:tcMar>
          </w:tcPr>
          <w:p w14:paraId="38D1AE20" w14:textId="77777777" w:rsidR="00C32754" w:rsidRDefault="00000000">
            <w:pPr>
              <w:spacing w:after="0" w:line="240" w:lineRule="auto"/>
            </w:pPr>
            <w:sdt>
              <w:sdtPr>
                <w:alias w:val="Service 2&#10;hours / week"/>
                <w:tag w:val="Service 2&#10;hours / week"/>
                <w:id w:val="184"/>
                <w:text/>
              </w:sdtPr>
              <w:sdtContent>
                <w:r>
                  <w:t xml:space="preserve">                     </w:t>
                </w:r>
              </w:sdtContent>
            </w:sdt>
          </w:p>
        </w:tc>
        <w:tc>
          <w:tcPr>
            <w:tcW w:w="1587" w:type="dxa"/>
            <w:tcBorders>
              <w:top w:val="single" w:sz="5" w:space="0" w:color="CCDADD"/>
              <w:left w:val="single" w:sz="5" w:space="0" w:color="CCDADD"/>
              <w:bottom w:val="single" w:sz="5" w:space="0" w:color="CCDADD"/>
              <w:right w:val="single" w:sz="5" w:space="0" w:color="CCDADD"/>
            </w:tcBorders>
            <w:shd w:val="clear" w:color="auto" w:fill="FFFFFF"/>
            <w:tcMar>
              <w:top w:w="85" w:type="dxa"/>
              <w:left w:w="110" w:type="dxa"/>
              <w:bottom w:w="85" w:type="dxa"/>
              <w:right w:w="110" w:type="dxa"/>
            </w:tcMar>
          </w:tcPr>
          <w:p w14:paraId="5F11CF67" w14:textId="77777777" w:rsidR="00C32754" w:rsidRDefault="00000000">
            <w:pPr>
              <w:spacing w:after="0" w:line="240" w:lineRule="auto"/>
            </w:pPr>
            <w:sdt>
              <w:sdtPr>
                <w:alias w:val="Service 3&#10;hours / week"/>
                <w:tag w:val="Service 3&#10;hours / week"/>
                <w:id w:val="185"/>
                <w:text/>
              </w:sdtPr>
              <w:sdtContent>
                <w:r>
                  <w:t xml:space="preserve">                     </w:t>
                </w:r>
              </w:sdtContent>
            </w:sdt>
          </w:p>
        </w:tc>
      </w:tr>
      <w:tr w:rsidR="00C32754" w14:paraId="3A4A8A47" w14:textId="77777777">
        <w:trPr>
          <w:cantSplit/>
          <w:jc w:val="center"/>
        </w:trPr>
        <w:tc>
          <w:tcPr>
            <w:tcW w:w="5102" w:type="dxa"/>
            <w:tcBorders>
              <w:top w:val="single" w:sz="5" w:space="0" w:color="CCDADD"/>
              <w:left w:val="single" w:sz="5" w:space="0" w:color="CCDADD"/>
              <w:bottom w:val="single" w:sz="5" w:space="0" w:color="CCDADD"/>
              <w:right w:val="single" w:sz="5" w:space="0" w:color="CCDADD"/>
            </w:tcBorders>
            <w:shd w:val="clear" w:color="auto" w:fill="F0F6F7"/>
            <w:tcMar>
              <w:top w:w="85" w:type="dxa"/>
              <w:left w:w="110" w:type="dxa"/>
              <w:bottom w:w="85" w:type="dxa"/>
              <w:right w:w="110" w:type="dxa"/>
            </w:tcMar>
          </w:tcPr>
          <w:p w14:paraId="63D39835" w14:textId="77777777" w:rsidR="00C32754" w:rsidRDefault="00000000">
            <w:pPr>
              <w:spacing w:after="0" w:line="240" w:lineRule="auto"/>
            </w:pPr>
            <w:r>
              <w:rPr>
                <w:sz w:val="19"/>
              </w:rPr>
              <w:t>Playgroup</w:t>
            </w:r>
          </w:p>
        </w:tc>
        <w:tc>
          <w:tcPr>
            <w:tcW w:w="1587" w:type="dxa"/>
            <w:tcBorders>
              <w:top w:val="single" w:sz="5" w:space="0" w:color="CCDADD"/>
              <w:left w:val="single" w:sz="5" w:space="0" w:color="CCDADD"/>
              <w:bottom w:val="single" w:sz="5" w:space="0" w:color="CCDADD"/>
              <w:right w:val="single" w:sz="5" w:space="0" w:color="CCDADD"/>
            </w:tcBorders>
            <w:shd w:val="clear" w:color="auto" w:fill="FFFFFF"/>
            <w:tcMar>
              <w:top w:w="85" w:type="dxa"/>
              <w:left w:w="110" w:type="dxa"/>
              <w:bottom w:w="85" w:type="dxa"/>
              <w:right w:w="110" w:type="dxa"/>
            </w:tcMar>
          </w:tcPr>
          <w:p w14:paraId="478308B6" w14:textId="77777777" w:rsidR="00C32754" w:rsidRDefault="00000000">
            <w:pPr>
              <w:spacing w:after="0" w:line="240" w:lineRule="auto"/>
            </w:pPr>
            <w:sdt>
              <w:sdtPr>
                <w:alias w:val="Service 1&#10;hours / week"/>
                <w:tag w:val="Service 1&#10;hours / week"/>
                <w:id w:val="186"/>
                <w:text/>
              </w:sdtPr>
              <w:sdtContent>
                <w:r>
                  <w:t xml:space="preserve">                     </w:t>
                </w:r>
              </w:sdtContent>
            </w:sdt>
          </w:p>
        </w:tc>
        <w:tc>
          <w:tcPr>
            <w:tcW w:w="1587" w:type="dxa"/>
            <w:tcBorders>
              <w:top w:val="single" w:sz="5" w:space="0" w:color="CCDADD"/>
              <w:left w:val="single" w:sz="5" w:space="0" w:color="CCDADD"/>
              <w:bottom w:val="single" w:sz="5" w:space="0" w:color="CCDADD"/>
              <w:right w:val="single" w:sz="5" w:space="0" w:color="CCDADD"/>
            </w:tcBorders>
            <w:shd w:val="clear" w:color="auto" w:fill="FFFFFF"/>
            <w:tcMar>
              <w:top w:w="85" w:type="dxa"/>
              <w:left w:w="110" w:type="dxa"/>
              <w:bottom w:w="85" w:type="dxa"/>
              <w:right w:w="110" w:type="dxa"/>
            </w:tcMar>
          </w:tcPr>
          <w:p w14:paraId="08F217B2" w14:textId="77777777" w:rsidR="00C32754" w:rsidRDefault="00000000">
            <w:pPr>
              <w:spacing w:after="0" w:line="240" w:lineRule="auto"/>
            </w:pPr>
            <w:sdt>
              <w:sdtPr>
                <w:alias w:val="Service 2&#10;hours / week"/>
                <w:tag w:val="Service 2&#10;hours / week"/>
                <w:id w:val="187"/>
                <w:text/>
              </w:sdtPr>
              <w:sdtContent>
                <w:r>
                  <w:t xml:space="preserve">                     </w:t>
                </w:r>
              </w:sdtContent>
            </w:sdt>
          </w:p>
        </w:tc>
        <w:tc>
          <w:tcPr>
            <w:tcW w:w="1587" w:type="dxa"/>
            <w:tcBorders>
              <w:top w:val="single" w:sz="5" w:space="0" w:color="CCDADD"/>
              <w:left w:val="single" w:sz="5" w:space="0" w:color="CCDADD"/>
              <w:bottom w:val="single" w:sz="5" w:space="0" w:color="CCDADD"/>
              <w:right w:val="single" w:sz="5" w:space="0" w:color="CCDADD"/>
            </w:tcBorders>
            <w:shd w:val="clear" w:color="auto" w:fill="FFFFFF"/>
            <w:tcMar>
              <w:top w:w="85" w:type="dxa"/>
              <w:left w:w="110" w:type="dxa"/>
              <w:bottom w:w="85" w:type="dxa"/>
              <w:right w:w="110" w:type="dxa"/>
            </w:tcMar>
          </w:tcPr>
          <w:p w14:paraId="4A83B884" w14:textId="77777777" w:rsidR="00C32754" w:rsidRDefault="00000000">
            <w:pPr>
              <w:spacing w:after="0" w:line="240" w:lineRule="auto"/>
            </w:pPr>
            <w:sdt>
              <w:sdtPr>
                <w:alias w:val="Service 3&#10;hours / week"/>
                <w:tag w:val="Service 3&#10;hours / week"/>
                <w:id w:val="188"/>
                <w:text/>
              </w:sdtPr>
              <w:sdtContent>
                <w:r>
                  <w:t xml:space="preserve">                     </w:t>
                </w:r>
              </w:sdtContent>
            </w:sdt>
          </w:p>
        </w:tc>
      </w:tr>
      <w:tr w:rsidR="00C32754" w14:paraId="109B495C" w14:textId="77777777">
        <w:trPr>
          <w:cantSplit/>
          <w:jc w:val="center"/>
        </w:trPr>
        <w:tc>
          <w:tcPr>
            <w:tcW w:w="5102" w:type="dxa"/>
            <w:tcBorders>
              <w:top w:val="single" w:sz="5" w:space="0" w:color="CCDADD"/>
              <w:left w:val="single" w:sz="5" w:space="0" w:color="CCDADD"/>
              <w:bottom w:val="single" w:sz="5" w:space="0" w:color="CCDADD"/>
              <w:right w:val="single" w:sz="5" w:space="0" w:color="CCDADD"/>
            </w:tcBorders>
            <w:shd w:val="clear" w:color="auto" w:fill="F0F6F7"/>
            <w:tcMar>
              <w:top w:w="85" w:type="dxa"/>
              <w:left w:w="110" w:type="dxa"/>
              <w:bottom w:w="85" w:type="dxa"/>
              <w:right w:w="110" w:type="dxa"/>
            </w:tcMar>
          </w:tcPr>
          <w:p w14:paraId="58A795F7" w14:textId="77777777" w:rsidR="00C32754" w:rsidRDefault="00000000">
            <w:pPr>
              <w:spacing w:after="0" w:line="240" w:lineRule="auto"/>
            </w:pPr>
            <w:r>
              <w:rPr>
                <w:sz w:val="19"/>
              </w:rPr>
              <w:t>Correspondence School – Te Aho o Te Kura Pounamu</w:t>
            </w:r>
          </w:p>
        </w:tc>
        <w:tc>
          <w:tcPr>
            <w:tcW w:w="1587" w:type="dxa"/>
            <w:tcBorders>
              <w:top w:val="single" w:sz="5" w:space="0" w:color="CCDADD"/>
              <w:left w:val="single" w:sz="5" w:space="0" w:color="CCDADD"/>
              <w:bottom w:val="single" w:sz="5" w:space="0" w:color="CCDADD"/>
              <w:right w:val="single" w:sz="5" w:space="0" w:color="CCDADD"/>
            </w:tcBorders>
            <w:shd w:val="clear" w:color="auto" w:fill="FFFFFF"/>
            <w:tcMar>
              <w:top w:w="85" w:type="dxa"/>
              <w:left w:w="110" w:type="dxa"/>
              <w:bottom w:w="85" w:type="dxa"/>
              <w:right w:w="110" w:type="dxa"/>
            </w:tcMar>
          </w:tcPr>
          <w:p w14:paraId="30310C35" w14:textId="77777777" w:rsidR="00C32754" w:rsidRDefault="00000000">
            <w:pPr>
              <w:spacing w:after="0" w:line="240" w:lineRule="auto"/>
            </w:pPr>
            <w:sdt>
              <w:sdtPr>
                <w:alias w:val="Service 1&#10;hours / week"/>
                <w:tag w:val="Service 1&#10;hours / week"/>
                <w:id w:val="189"/>
                <w:text/>
              </w:sdtPr>
              <w:sdtContent>
                <w:r>
                  <w:t xml:space="preserve">                     </w:t>
                </w:r>
              </w:sdtContent>
            </w:sdt>
          </w:p>
        </w:tc>
        <w:tc>
          <w:tcPr>
            <w:tcW w:w="1587" w:type="dxa"/>
            <w:tcBorders>
              <w:top w:val="single" w:sz="5" w:space="0" w:color="CCDADD"/>
              <w:left w:val="single" w:sz="5" w:space="0" w:color="CCDADD"/>
              <w:bottom w:val="single" w:sz="5" w:space="0" w:color="CCDADD"/>
              <w:right w:val="single" w:sz="5" w:space="0" w:color="CCDADD"/>
            </w:tcBorders>
            <w:shd w:val="clear" w:color="auto" w:fill="FFFFFF"/>
            <w:tcMar>
              <w:top w:w="85" w:type="dxa"/>
              <w:left w:w="110" w:type="dxa"/>
              <w:bottom w:w="85" w:type="dxa"/>
              <w:right w:w="110" w:type="dxa"/>
            </w:tcMar>
          </w:tcPr>
          <w:p w14:paraId="64AE212C" w14:textId="77777777" w:rsidR="00C32754" w:rsidRDefault="00000000">
            <w:pPr>
              <w:spacing w:after="0" w:line="240" w:lineRule="auto"/>
            </w:pPr>
            <w:sdt>
              <w:sdtPr>
                <w:alias w:val="Service 2&#10;hours / week"/>
                <w:tag w:val="Service 2&#10;hours / week"/>
                <w:id w:val="190"/>
                <w:text/>
              </w:sdtPr>
              <w:sdtContent>
                <w:r>
                  <w:t xml:space="preserve">                     </w:t>
                </w:r>
              </w:sdtContent>
            </w:sdt>
          </w:p>
        </w:tc>
        <w:tc>
          <w:tcPr>
            <w:tcW w:w="1587" w:type="dxa"/>
            <w:tcBorders>
              <w:top w:val="single" w:sz="5" w:space="0" w:color="CCDADD"/>
              <w:left w:val="single" w:sz="5" w:space="0" w:color="CCDADD"/>
              <w:bottom w:val="single" w:sz="5" w:space="0" w:color="CCDADD"/>
              <w:right w:val="single" w:sz="5" w:space="0" w:color="CCDADD"/>
            </w:tcBorders>
            <w:shd w:val="clear" w:color="auto" w:fill="FFFFFF"/>
            <w:tcMar>
              <w:top w:w="85" w:type="dxa"/>
              <w:left w:w="110" w:type="dxa"/>
              <w:bottom w:w="85" w:type="dxa"/>
              <w:right w:w="110" w:type="dxa"/>
            </w:tcMar>
          </w:tcPr>
          <w:p w14:paraId="073B7F9C" w14:textId="77777777" w:rsidR="00C32754" w:rsidRDefault="00000000">
            <w:pPr>
              <w:spacing w:after="0" w:line="240" w:lineRule="auto"/>
            </w:pPr>
            <w:sdt>
              <w:sdtPr>
                <w:alias w:val="Service 3&#10;hours / week"/>
                <w:tag w:val="Service 3&#10;hours / week"/>
                <w:id w:val="191"/>
                <w:text/>
              </w:sdtPr>
              <w:sdtContent>
                <w:r>
                  <w:t xml:space="preserve">                     </w:t>
                </w:r>
              </w:sdtContent>
            </w:sdt>
          </w:p>
        </w:tc>
      </w:tr>
    </w:tbl>
    <w:p w14:paraId="3059FF0D" w14:textId="77777777" w:rsidR="00C32754" w:rsidRDefault="00C32754">
      <w:pPr>
        <w:spacing w:after="80" w:line="40" w:lineRule="exact"/>
      </w:pPr>
    </w:p>
    <w:p w14:paraId="079A6B25" w14:textId="77777777" w:rsidR="00C32754" w:rsidRDefault="00000000">
      <w:pPr>
        <w:spacing w:after="140"/>
      </w:pPr>
      <w:r>
        <w:rPr>
          <w:sz w:val="19"/>
        </w:rPr>
        <w:t>Only complete the following if you have not completed the ECE hours table.</w:t>
      </w:r>
    </w:p>
    <w:p w14:paraId="4A0D209D" w14:textId="77777777" w:rsidR="00C32754" w:rsidRDefault="00000000">
      <w:pPr>
        <w:spacing w:after="80"/>
      </w:pPr>
      <w:sdt>
        <w:sdtPr>
          <w:alias w:val="Attended, but only outside New Zealand"/>
          <w:id w:val="192"/>
          <w14:checkbox>
            <w14:checked w14:val="0"/>
            <w14:checkedState w14:val="2612" w14:font="DejaVu Sans"/>
            <w14:uncheckedState w14:val="2610" w14:font="DejaVu Sans"/>
          </w14:checkbox>
        </w:sdtPr>
        <w:sdtContent>
          <w:r>
            <w:rPr>
              <w:rFonts w:ascii="DejaVu Sans" w:hAnsi="DejaVu Sans"/>
              <w:sz w:val="22"/>
            </w:rPr>
            <w:t>☐</w:t>
          </w:r>
        </w:sdtContent>
      </w:sdt>
      <w:r>
        <w:t xml:space="preserve"> Attended, but only outside New Zealand   </w:t>
      </w:r>
    </w:p>
    <w:p w14:paraId="74A90D62" w14:textId="77777777" w:rsidR="00C32754" w:rsidRDefault="00000000">
      <w:pPr>
        <w:spacing w:after="80"/>
      </w:pPr>
      <w:sdt>
        <w:sdtPr>
          <w:alias w:val="Attended, but I do not know the type of service"/>
          <w:id w:val="193"/>
          <w14:checkbox>
            <w14:checked w14:val="0"/>
            <w14:checkedState w14:val="2612" w14:font="DejaVu Sans"/>
            <w14:uncheckedState w14:val="2610" w14:font="DejaVu Sans"/>
          </w14:checkbox>
        </w:sdtPr>
        <w:sdtContent>
          <w:r>
            <w:rPr>
              <w:rFonts w:ascii="DejaVu Sans" w:hAnsi="DejaVu Sans"/>
              <w:sz w:val="22"/>
            </w:rPr>
            <w:t>☐</w:t>
          </w:r>
        </w:sdtContent>
      </w:sdt>
      <w:r>
        <w:t xml:space="preserve"> Attended, but I do not know the type of service   </w:t>
      </w:r>
    </w:p>
    <w:p w14:paraId="14736D74" w14:textId="77777777" w:rsidR="00C32754" w:rsidRDefault="00000000">
      <w:pPr>
        <w:spacing w:after="80"/>
      </w:pPr>
      <w:sdt>
        <w:sdtPr>
          <w:alias w:val="Did not attend"/>
          <w:id w:val="194"/>
          <w14:checkbox>
            <w14:checked w14:val="0"/>
            <w14:checkedState w14:val="2612" w14:font="DejaVu Sans"/>
            <w14:uncheckedState w14:val="2610" w14:font="DejaVu Sans"/>
          </w14:checkbox>
        </w:sdtPr>
        <w:sdtContent>
          <w:r>
            <w:rPr>
              <w:rFonts w:ascii="DejaVu Sans" w:hAnsi="DejaVu Sans"/>
              <w:sz w:val="22"/>
            </w:rPr>
            <w:t>☐</w:t>
          </w:r>
        </w:sdtContent>
      </w:sdt>
      <w:r>
        <w:t xml:space="preserve"> Did not attend   </w:t>
      </w:r>
    </w:p>
    <w:p w14:paraId="2B3AB091" w14:textId="77777777" w:rsidR="00C32754" w:rsidRDefault="00000000">
      <w:pPr>
        <w:spacing w:after="80"/>
      </w:pPr>
      <w:sdt>
        <w:sdtPr>
          <w:alias w:val="Unable to establish whether my child attended"/>
          <w:id w:val="195"/>
          <w14:checkbox>
            <w14:checked w14:val="0"/>
            <w14:checkedState w14:val="2612" w14:font="DejaVu Sans"/>
            <w14:uncheckedState w14:val="2610" w14:font="DejaVu Sans"/>
          </w14:checkbox>
        </w:sdtPr>
        <w:sdtContent>
          <w:r>
            <w:rPr>
              <w:rFonts w:ascii="DejaVu Sans" w:hAnsi="DejaVu Sans"/>
              <w:sz w:val="22"/>
            </w:rPr>
            <w:t>☐</w:t>
          </w:r>
        </w:sdtContent>
      </w:sdt>
      <w:r>
        <w:t xml:space="preserve"> Unable to establish whether my child attended   </w:t>
      </w:r>
    </w:p>
    <w:p w14:paraId="059471B6" w14:textId="77777777" w:rsidR="00C32754" w:rsidRDefault="00000000">
      <w:pPr>
        <w:pStyle w:val="Heading2"/>
      </w:pPr>
      <w:r>
        <w:t>Other children in your whānau</w:t>
      </w:r>
    </w:p>
    <w:p w14:paraId="2ADB0E16" w14:textId="77777777" w:rsidR="00C32754" w:rsidRDefault="00000000">
      <w:pPr>
        <w:spacing w:after="140"/>
      </w:pPr>
      <w:r>
        <w:rPr>
          <w:sz w:val="19"/>
        </w:rPr>
        <w:t xml:space="preserve">List family members who are likely to </w:t>
      </w:r>
      <w:proofErr w:type="spellStart"/>
      <w:r>
        <w:rPr>
          <w:sz w:val="19"/>
        </w:rPr>
        <w:t>enrol</w:t>
      </w:r>
      <w:proofErr w:type="spellEnd"/>
      <w:r>
        <w:rPr>
          <w:sz w:val="19"/>
        </w:rPr>
        <w:t xml:space="preserve"> at this school in the future.</w:t>
      </w:r>
    </w:p>
    <w:tbl>
      <w:tblPr>
        <w:tblW w:w="0" w:type="auto"/>
        <w:jc w:val="center"/>
        <w:tblLayout w:type="fixed"/>
        <w:tblLook w:val="04A0" w:firstRow="1" w:lastRow="0" w:firstColumn="1" w:lastColumn="0" w:noHBand="0" w:noVBand="1"/>
      </w:tblPr>
      <w:tblGrid>
        <w:gridCol w:w="6690"/>
        <w:gridCol w:w="3175"/>
      </w:tblGrid>
      <w:tr w:rsidR="00C32754" w14:paraId="22B270D9" w14:textId="77777777">
        <w:trPr>
          <w:jc w:val="center"/>
        </w:trPr>
        <w:tc>
          <w:tcPr>
            <w:tcW w:w="6690" w:type="dxa"/>
            <w:shd w:val="clear" w:color="auto" w:fill="283E65"/>
            <w:tcMar>
              <w:top w:w="70" w:type="dxa"/>
              <w:left w:w="110" w:type="dxa"/>
              <w:bottom w:w="70" w:type="dxa"/>
              <w:right w:w="110" w:type="dxa"/>
            </w:tcMar>
          </w:tcPr>
          <w:p w14:paraId="30B839F6" w14:textId="77777777" w:rsidR="00C32754" w:rsidRDefault="00000000">
            <w:pPr>
              <w:spacing w:after="0"/>
            </w:pPr>
            <w:r>
              <w:rPr>
                <w:b/>
                <w:color w:val="FFFFFF"/>
                <w:sz w:val="18"/>
              </w:rPr>
              <w:t>Name</w:t>
            </w:r>
          </w:p>
        </w:tc>
        <w:tc>
          <w:tcPr>
            <w:tcW w:w="3175" w:type="dxa"/>
            <w:shd w:val="clear" w:color="auto" w:fill="283E65"/>
            <w:tcMar>
              <w:top w:w="70" w:type="dxa"/>
              <w:left w:w="110" w:type="dxa"/>
              <w:bottom w:w="70" w:type="dxa"/>
              <w:right w:w="110" w:type="dxa"/>
            </w:tcMar>
          </w:tcPr>
          <w:p w14:paraId="26944F49" w14:textId="77777777" w:rsidR="00C32754" w:rsidRDefault="00000000">
            <w:pPr>
              <w:spacing w:after="0"/>
            </w:pPr>
            <w:r>
              <w:rPr>
                <w:b/>
                <w:color w:val="FFFFFF"/>
                <w:sz w:val="18"/>
              </w:rPr>
              <w:t>Date of birth</w:t>
            </w:r>
          </w:p>
        </w:tc>
      </w:tr>
      <w:tr w:rsidR="00C32754" w14:paraId="71A53C88" w14:textId="77777777">
        <w:trPr>
          <w:cantSplit/>
          <w:jc w:val="center"/>
        </w:trPr>
        <w:tc>
          <w:tcPr>
            <w:tcW w:w="6690" w:type="dxa"/>
            <w:tcBorders>
              <w:top w:val="single" w:sz="5" w:space="0" w:color="CCDADD"/>
              <w:left w:val="single" w:sz="5" w:space="0" w:color="CCDADD"/>
              <w:bottom w:val="single" w:sz="5" w:space="0" w:color="CCDADD"/>
              <w:right w:val="single" w:sz="5" w:space="0" w:color="CCDADD"/>
            </w:tcBorders>
            <w:shd w:val="clear" w:color="auto" w:fill="F0F6F7"/>
            <w:tcMar>
              <w:top w:w="85" w:type="dxa"/>
              <w:left w:w="110" w:type="dxa"/>
              <w:bottom w:w="85" w:type="dxa"/>
              <w:right w:w="110" w:type="dxa"/>
            </w:tcMar>
          </w:tcPr>
          <w:p w14:paraId="329FF9B1" w14:textId="77777777" w:rsidR="00C32754" w:rsidRDefault="00000000">
            <w:pPr>
              <w:spacing w:after="0" w:line="240" w:lineRule="auto"/>
            </w:pPr>
            <w:sdt>
              <w:sdtPr>
                <w:alias w:val="Name"/>
                <w:tag w:val="Name"/>
                <w:id w:val="196"/>
                <w:text/>
              </w:sdtPr>
              <w:sdtContent>
                <w:r>
                  <w:t xml:space="preserve">                     </w:t>
                </w:r>
              </w:sdtContent>
            </w:sdt>
          </w:p>
        </w:tc>
        <w:tc>
          <w:tcPr>
            <w:tcW w:w="3175" w:type="dxa"/>
            <w:tcBorders>
              <w:top w:val="single" w:sz="5" w:space="0" w:color="CCDADD"/>
              <w:left w:val="single" w:sz="5" w:space="0" w:color="CCDADD"/>
              <w:bottom w:val="single" w:sz="5" w:space="0" w:color="CCDADD"/>
              <w:right w:val="single" w:sz="5" w:space="0" w:color="CCDADD"/>
            </w:tcBorders>
            <w:shd w:val="clear" w:color="auto" w:fill="FFFFFF"/>
            <w:tcMar>
              <w:top w:w="85" w:type="dxa"/>
              <w:left w:w="110" w:type="dxa"/>
              <w:bottom w:w="85" w:type="dxa"/>
              <w:right w:w="110" w:type="dxa"/>
            </w:tcMar>
          </w:tcPr>
          <w:p w14:paraId="3E3AD25E" w14:textId="77777777" w:rsidR="00C32754" w:rsidRDefault="00000000">
            <w:pPr>
              <w:spacing w:after="0" w:line="240" w:lineRule="auto"/>
            </w:pPr>
            <w:sdt>
              <w:sdtPr>
                <w:alias w:val="Date of birth"/>
                <w:tag w:val="Date of birth"/>
                <w:id w:val="197"/>
                <w:text/>
              </w:sdtPr>
              <w:sdtContent>
                <w:r>
                  <w:t xml:space="preserve">                     </w:t>
                </w:r>
              </w:sdtContent>
            </w:sdt>
          </w:p>
        </w:tc>
      </w:tr>
      <w:tr w:rsidR="00C32754" w14:paraId="3B5EAC83" w14:textId="77777777">
        <w:trPr>
          <w:cantSplit/>
          <w:jc w:val="center"/>
        </w:trPr>
        <w:tc>
          <w:tcPr>
            <w:tcW w:w="6690" w:type="dxa"/>
            <w:tcBorders>
              <w:top w:val="single" w:sz="5" w:space="0" w:color="CCDADD"/>
              <w:left w:val="single" w:sz="5" w:space="0" w:color="CCDADD"/>
              <w:bottom w:val="single" w:sz="5" w:space="0" w:color="CCDADD"/>
              <w:right w:val="single" w:sz="5" w:space="0" w:color="CCDADD"/>
            </w:tcBorders>
            <w:shd w:val="clear" w:color="auto" w:fill="F0F6F7"/>
            <w:tcMar>
              <w:top w:w="85" w:type="dxa"/>
              <w:left w:w="110" w:type="dxa"/>
              <w:bottom w:w="85" w:type="dxa"/>
              <w:right w:w="110" w:type="dxa"/>
            </w:tcMar>
          </w:tcPr>
          <w:p w14:paraId="6B102C2F" w14:textId="77777777" w:rsidR="00C32754" w:rsidRDefault="00000000">
            <w:pPr>
              <w:spacing w:after="0" w:line="240" w:lineRule="auto"/>
            </w:pPr>
            <w:sdt>
              <w:sdtPr>
                <w:alias w:val="Name"/>
                <w:tag w:val="Name"/>
                <w:id w:val="198"/>
                <w:text/>
              </w:sdtPr>
              <w:sdtContent>
                <w:r>
                  <w:t xml:space="preserve">                     </w:t>
                </w:r>
              </w:sdtContent>
            </w:sdt>
          </w:p>
        </w:tc>
        <w:tc>
          <w:tcPr>
            <w:tcW w:w="3175" w:type="dxa"/>
            <w:tcBorders>
              <w:top w:val="single" w:sz="5" w:space="0" w:color="CCDADD"/>
              <w:left w:val="single" w:sz="5" w:space="0" w:color="CCDADD"/>
              <w:bottom w:val="single" w:sz="5" w:space="0" w:color="CCDADD"/>
              <w:right w:val="single" w:sz="5" w:space="0" w:color="CCDADD"/>
            </w:tcBorders>
            <w:shd w:val="clear" w:color="auto" w:fill="FFFFFF"/>
            <w:tcMar>
              <w:top w:w="85" w:type="dxa"/>
              <w:left w:w="110" w:type="dxa"/>
              <w:bottom w:w="85" w:type="dxa"/>
              <w:right w:w="110" w:type="dxa"/>
            </w:tcMar>
          </w:tcPr>
          <w:p w14:paraId="667BEDCD" w14:textId="77777777" w:rsidR="00C32754" w:rsidRDefault="00000000">
            <w:pPr>
              <w:spacing w:after="0" w:line="240" w:lineRule="auto"/>
            </w:pPr>
            <w:sdt>
              <w:sdtPr>
                <w:alias w:val="Date of birth"/>
                <w:tag w:val="Date of birth"/>
                <w:id w:val="199"/>
                <w:text/>
              </w:sdtPr>
              <w:sdtContent>
                <w:r>
                  <w:t xml:space="preserve">                     </w:t>
                </w:r>
              </w:sdtContent>
            </w:sdt>
          </w:p>
        </w:tc>
      </w:tr>
    </w:tbl>
    <w:p w14:paraId="2B98D0EA" w14:textId="77777777" w:rsidR="00C32754" w:rsidRDefault="00C32754">
      <w:pPr>
        <w:spacing w:after="80" w:line="40" w:lineRule="exact"/>
      </w:pPr>
    </w:p>
    <w:p w14:paraId="20937C93" w14:textId="77777777" w:rsidR="00C32754" w:rsidRDefault="00000000">
      <w:pPr>
        <w:pageBreakBefore/>
        <w:spacing w:after="100"/>
      </w:pPr>
      <w:proofErr w:type="gramStart"/>
      <w:r>
        <w:rPr>
          <w:b/>
          <w:color w:val="087B83"/>
          <w:sz w:val="16"/>
        </w:rPr>
        <w:lastRenderedPageBreak/>
        <w:t>05  /</w:t>
      </w:r>
      <w:proofErr w:type="gramEnd"/>
      <w:r>
        <w:rPr>
          <w:b/>
          <w:color w:val="087B83"/>
          <w:sz w:val="16"/>
        </w:rPr>
        <w:t xml:space="preserve">  FAMILY INFORMATION</w:t>
      </w:r>
    </w:p>
    <w:p w14:paraId="551EC587" w14:textId="77777777" w:rsidR="00C32754" w:rsidRDefault="00000000">
      <w:pPr>
        <w:pStyle w:val="Heading1"/>
      </w:pPr>
      <w:r>
        <w:t>Health, wellbeing &amp; learning</w:t>
      </w:r>
    </w:p>
    <w:p w14:paraId="188CB9BE" w14:textId="77777777" w:rsidR="00C32754" w:rsidRDefault="00000000">
      <w:pPr>
        <w:spacing w:after="160"/>
      </w:pPr>
      <w:r>
        <w:t>Please include anything that will help us care for your child and support their learning. Attach extra information if needed.</w:t>
      </w:r>
    </w:p>
    <w:tbl>
      <w:tblPr>
        <w:tblW w:w="0" w:type="auto"/>
        <w:jc w:val="center"/>
        <w:tblLayout w:type="fixed"/>
        <w:tblLook w:val="04A0" w:firstRow="1" w:lastRow="0" w:firstColumn="1" w:lastColumn="0" w:noHBand="0" w:noVBand="1"/>
      </w:tblPr>
      <w:tblGrid>
        <w:gridCol w:w="4932"/>
        <w:gridCol w:w="4932"/>
      </w:tblGrid>
      <w:tr w:rsidR="00C32754" w14:paraId="74DAC16F" w14:textId="77777777">
        <w:trPr>
          <w:cantSplit/>
          <w:trHeight w:val="556"/>
          <w:jc w:val="center"/>
        </w:trPr>
        <w:tc>
          <w:tcPr>
            <w:tcW w:w="4932"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69BE5E80" w14:textId="77777777" w:rsidR="00C32754" w:rsidRDefault="00000000">
            <w:pPr>
              <w:spacing w:after="40" w:line="240" w:lineRule="auto"/>
            </w:pPr>
            <w:r>
              <w:rPr>
                <w:b/>
                <w:color w:val="283E65"/>
                <w:sz w:val="18"/>
              </w:rPr>
              <w:t>Doctor / medical practice</w:t>
            </w:r>
          </w:p>
          <w:p w14:paraId="473C4258" w14:textId="77777777" w:rsidR="00C32754" w:rsidRDefault="00000000">
            <w:pPr>
              <w:spacing w:after="0" w:line="240" w:lineRule="auto"/>
            </w:pPr>
            <w:sdt>
              <w:sdtPr>
                <w:alias w:val="Doctor / medical practice"/>
                <w:tag w:val="Doctor / medical practice"/>
                <w:id w:val="202"/>
                <w:text/>
              </w:sdtPr>
              <w:sdtContent>
                <w:r>
                  <w:t xml:space="preserve">                     </w:t>
                </w:r>
              </w:sdtContent>
            </w:sdt>
          </w:p>
        </w:tc>
        <w:tc>
          <w:tcPr>
            <w:tcW w:w="4932"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6DCA0EBF" w14:textId="77777777" w:rsidR="00C32754" w:rsidRDefault="00000000">
            <w:pPr>
              <w:spacing w:after="40" w:line="240" w:lineRule="auto"/>
            </w:pPr>
            <w:r>
              <w:rPr>
                <w:b/>
                <w:color w:val="283E65"/>
                <w:sz w:val="18"/>
              </w:rPr>
              <w:t>Doctor’s phone number</w:t>
            </w:r>
          </w:p>
          <w:p w14:paraId="7BA49AFC" w14:textId="77777777" w:rsidR="00C32754" w:rsidRDefault="00000000">
            <w:pPr>
              <w:spacing w:after="0" w:line="240" w:lineRule="auto"/>
            </w:pPr>
            <w:sdt>
              <w:sdtPr>
                <w:alias w:val="Doctor’s phone number"/>
                <w:tag w:val="Doctor’s phone number"/>
                <w:id w:val="203"/>
                <w:text/>
              </w:sdtPr>
              <w:sdtContent>
                <w:r>
                  <w:t xml:space="preserve">                     </w:t>
                </w:r>
              </w:sdtContent>
            </w:sdt>
          </w:p>
        </w:tc>
      </w:tr>
    </w:tbl>
    <w:p w14:paraId="073BC453" w14:textId="77777777" w:rsidR="00C32754" w:rsidRDefault="00C32754">
      <w:pPr>
        <w:spacing w:after="60" w:line="40" w:lineRule="exact"/>
      </w:pPr>
    </w:p>
    <w:tbl>
      <w:tblPr>
        <w:tblW w:w="0" w:type="auto"/>
        <w:jc w:val="center"/>
        <w:tblLayout w:type="fixed"/>
        <w:tblLook w:val="04A0" w:firstRow="1" w:lastRow="0" w:firstColumn="1" w:lastColumn="0" w:noHBand="0" w:noVBand="1"/>
      </w:tblPr>
      <w:tblGrid>
        <w:gridCol w:w="9865"/>
      </w:tblGrid>
      <w:tr w:rsidR="00C32754" w14:paraId="1998E81B" w14:textId="77777777">
        <w:trPr>
          <w:cantSplit/>
          <w:trHeight w:val="556"/>
          <w:jc w:val="center"/>
        </w:trPr>
        <w:tc>
          <w:tcPr>
            <w:tcW w:w="9865"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1AE76784" w14:textId="77777777" w:rsidR="00C32754" w:rsidRDefault="00000000">
            <w:pPr>
              <w:spacing w:after="40" w:line="240" w:lineRule="auto"/>
            </w:pPr>
            <w:r>
              <w:rPr>
                <w:b/>
                <w:color w:val="283E65"/>
                <w:sz w:val="18"/>
              </w:rPr>
              <w:t>Dental clinic / oral health provider</w:t>
            </w:r>
          </w:p>
          <w:p w14:paraId="3A7AF1BE" w14:textId="77777777" w:rsidR="00C32754" w:rsidRDefault="00000000">
            <w:pPr>
              <w:spacing w:after="0" w:line="240" w:lineRule="auto"/>
            </w:pPr>
            <w:sdt>
              <w:sdtPr>
                <w:alias w:val="Dental clinic / oral health provider"/>
                <w:tag w:val="Dental clinic / oral health provider"/>
                <w:id w:val="204"/>
                <w:text/>
              </w:sdtPr>
              <w:sdtContent>
                <w:r>
                  <w:t xml:space="preserve">                     </w:t>
                </w:r>
              </w:sdtContent>
            </w:sdt>
          </w:p>
        </w:tc>
      </w:tr>
    </w:tbl>
    <w:p w14:paraId="1A0D24BC" w14:textId="77777777" w:rsidR="00C32754" w:rsidRDefault="00C32754">
      <w:pPr>
        <w:spacing w:after="60" w:line="40" w:lineRule="exact"/>
      </w:pPr>
    </w:p>
    <w:p w14:paraId="0546FA5F" w14:textId="77777777" w:rsidR="00C32754" w:rsidRDefault="00000000">
      <w:pPr>
        <w:spacing w:after="60"/>
      </w:pPr>
      <w:r>
        <w:rPr>
          <w:b/>
        </w:rPr>
        <w:t>Has your child had a B4 School Check?</w:t>
      </w:r>
    </w:p>
    <w:p w14:paraId="0EFFB939" w14:textId="77777777" w:rsidR="00C32754" w:rsidRDefault="00000000">
      <w:sdt>
        <w:sdtPr>
          <w:alias w:val="Yes"/>
          <w:id w:val="205"/>
          <w14:checkbox>
            <w14:checked w14:val="0"/>
            <w14:checkedState w14:val="2612" w14:font="DejaVu Sans"/>
            <w14:uncheckedState w14:val="2610" w14:font="DejaVu Sans"/>
          </w14:checkbox>
        </w:sdtPr>
        <w:sdtContent>
          <w:r>
            <w:rPr>
              <w:rFonts w:ascii="DejaVu Sans" w:hAnsi="DejaVu Sans"/>
              <w:sz w:val="22"/>
            </w:rPr>
            <w:t>☐</w:t>
          </w:r>
        </w:sdtContent>
      </w:sdt>
      <w:r>
        <w:t xml:space="preserve"> Yes   </w:t>
      </w:r>
      <w:sdt>
        <w:sdtPr>
          <w:alias w:val="No"/>
          <w:id w:val="206"/>
          <w14:checkbox>
            <w14:checked w14:val="0"/>
            <w14:checkedState w14:val="2612" w14:font="DejaVu Sans"/>
            <w14:uncheckedState w14:val="2610" w14:font="DejaVu Sans"/>
          </w14:checkbox>
        </w:sdtPr>
        <w:sdtContent>
          <w:r>
            <w:rPr>
              <w:rFonts w:ascii="DejaVu Sans" w:hAnsi="DejaVu Sans"/>
              <w:sz w:val="22"/>
            </w:rPr>
            <w:t>☐</w:t>
          </w:r>
        </w:sdtContent>
      </w:sdt>
      <w:r>
        <w:t xml:space="preserve"> No   </w:t>
      </w:r>
      <w:sdt>
        <w:sdtPr>
          <w:alias w:val="Not sure"/>
          <w:id w:val="207"/>
          <w14:checkbox>
            <w14:checked w14:val="0"/>
            <w14:checkedState w14:val="2612" w14:font="DejaVu Sans"/>
            <w14:uncheckedState w14:val="2610" w14:font="DejaVu Sans"/>
          </w14:checkbox>
        </w:sdtPr>
        <w:sdtContent>
          <w:r>
            <w:rPr>
              <w:rFonts w:ascii="DejaVu Sans" w:hAnsi="DejaVu Sans"/>
              <w:sz w:val="22"/>
            </w:rPr>
            <w:t>☐</w:t>
          </w:r>
        </w:sdtContent>
      </w:sdt>
      <w:r>
        <w:t xml:space="preserve"> Not sure   </w:t>
      </w:r>
    </w:p>
    <w:tbl>
      <w:tblPr>
        <w:tblW w:w="0" w:type="auto"/>
        <w:jc w:val="center"/>
        <w:tblLayout w:type="fixed"/>
        <w:tblLook w:val="04A0" w:firstRow="1" w:lastRow="0" w:firstColumn="1" w:lastColumn="0" w:noHBand="0" w:noVBand="1"/>
      </w:tblPr>
      <w:tblGrid>
        <w:gridCol w:w="4932"/>
        <w:gridCol w:w="4932"/>
      </w:tblGrid>
      <w:tr w:rsidR="00C32754" w14:paraId="12D1C42D" w14:textId="77777777">
        <w:trPr>
          <w:cantSplit/>
          <w:trHeight w:val="765"/>
          <w:jc w:val="center"/>
        </w:trPr>
        <w:tc>
          <w:tcPr>
            <w:tcW w:w="4932"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037187B8" w14:textId="77777777" w:rsidR="00C32754" w:rsidRDefault="00000000">
            <w:pPr>
              <w:spacing w:after="40" w:line="240" w:lineRule="auto"/>
            </w:pPr>
            <w:r>
              <w:rPr>
                <w:b/>
                <w:color w:val="283E65"/>
                <w:sz w:val="18"/>
              </w:rPr>
              <w:t>B4 School Check: health information</w:t>
            </w:r>
          </w:p>
          <w:p w14:paraId="35704050" w14:textId="77777777" w:rsidR="00C32754" w:rsidRDefault="00000000">
            <w:pPr>
              <w:spacing w:after="0" w:line="240" w:lineRule="auto"/>
            </w:pPr>
            <w:sdt>
              <w:sdtPr>
                <w:alias w:val="B4 School Check: health information"/>
                <w:tag w:val="B4 School Check: health information"/>
                <w:id w:val="208"/>
                <w:text/>
              </w:sdtPr>
              <w:sdtContent>
                <w:r>
                  <w:t xml:space="preserve">                     </w:t>
                </w:r>
              </w:sdtContent>
            </w:sdt>
          </w:p>
        </w:tc>
        <w:tc>
          <w:tcPr>
            <w:tcW w:w="4932"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2E6005D2" w14:textId="77777777" w:rsidR="00C32754" w:rsidRDefault="00000000">
            <w:pPr>
              <w:spacing w:after="40" w:line="240" w:lineRule="auto"/>
            </w:pPr>
            <w:r>
              <w:rPr>
                <w:b/>
                <w:color w:val="283E65"/>
                <w:sz w:val="18"/>
              </w:rPr>
              <w:t>B4 School Check: development information</w:t>
            </w:r>
          </w:p>
          <w:p w14:paraId="34CC0B14" w14:textId="77777777" w:rsidR="00C32754" w:rsidRDefault="00000000">
            <w:pPr>
              <w:spacing w:after="0" w:line="240" w:lineRule="auto"/>
            </w:pPr>
            <w:sdt>
              <w:sdtPr>
                <w:alias w:val="B4 School Check: development information"/>
                <w:tag w:val="B4 School Check: development information"/>
                <w:id w:val="209"/>
                <w:text/>
              </w:sdtPr>
              <w:sdtContent>
                <w:r>
                  <w:t xml:space="preserve">                     </w:t>
                </w:r>
              </w:sdtContent>
            </w:sdt>
          </w:p>
        </w:tc>
      </w:tr>
    </w:tbl>
    <w:p w14:paraId="145FB7E2" w14:textId="77777777" w:rsidR="00C32754" w:rsidRDefault="00C32754">
      <w:pPr>
        <w:spacing w:after="60" w:line="40" w:lineRule="exact"/>
      </w:pPr>
    </w:p>
    <w:tbl>
      <w:tblPr>
        <w:tblW w:w="0" w:type="auto"/>
        <w:jc w:val="center"/>
        <w:tblLayout w:type="fixed"/>
        <w:tblLook w:val="04A0" w:firstRow="1" w:lastRow="0" w:firstColumn="1" w:lastColumn="0" w:noHBand="0" w:noVBand="1"/>
      </w:tblPr>
      <w:tblGrid>
        <w:gridCol w:w="9865"/>
      </w:tblGrid>
      <w:tr w:rsidR="00C32754" w14:paraId="2158D197" w14:textId="77777777">
        <w:trPr>
          <w:cantSplit/>
          <w:trHeight w:val="765"/>
          <w:jc w:val="center"/>
        </w:trPr>
        <w:tc>
          <w:tcPr>
            <w:tcW w:w="9865"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371E2228" w14:textId="77777777" w:rsidR="00C32754" w:rsidRDefault="00000000">
            <w:pPr>
              <w:spacing w:after="40" w:line="240" w:lineRule="auto"/>
            </w:pPr>
            <w:r>
              <w:rPr>
                <w:b/>
                <w:color w:val="283E65"/>
                <w:sz w:val="18"/>
              </w:rPr>
              <w:t>B4 School Check: behaviour information</w:t>
            </w:r>
          </w:p>
          <w:p w14:paraId="1A113632" w14:textId="77777777" w:rsidR="00C32754" w:rsidRDefault="00000000">
            <w:pPr>
              <w:spacing w:after="0" w:line="240" w:lineRule="auto"/>
            </w:pPr>
            <w:sdt>
              <w:sdtPr>
                <w:alias w:val="B4 School Check: behaviour information"/>
                <w:tag w:val="B4 School Check: behaviour information"/>
                <w:id w:val="210"/>
                <w:text/>
              </w:sdtPr>
              <w:sdtContent>
                <w:r>
                  <w:t xml:space="preserve">                     </w:t>
                </w:r>
              </w:sdtContent>
            </w:sdt>
          </w:p>
        </w:tc>
      </w:tr>
    </w:tbl>
    <w:p w14:paraId="676D54E3" w14:textId="77777777" w:rsidR="00C32754" w:rsidRDefault="00C32754">
      <w:pPr>
        <w:spacing w:after="60" w:line="40" w:lineRule="exact"/>
      </w:pPr>
    </w:p>
    <w:p w14:paraId="6836AF2E" w14:textId="182B6AD6" w:rsidR="00C32754" w:rsidRDefault="00C32754">
      <w:pPr>
        <w:spacing w:after="140"/>
      </w:pPr>
    </w:p>
    <w:tbl>
      <w:tblPr>
        <w:tblW w:w="0" w:type="auto"/>
        <w:jc w:val="center"/>
        <w:tblLayout w:type="fixed"/>
        <w:tblLook w:val="04A0" w:firstRow="1" w:lastRow="0" w:firstColumn="1" w:lastColumn="0" w:noHBand="0" w:noVBand="1"/>
      </w:tblPr>
      <w:tblGrid>
        <w:gridCol w:w="4932"/>
        <w:gridCol w:w="4932"/>
      </w:tblGrid>
      <w:tr w:rsidR="00C32754" w14:paraId="0123DC1E" w14:textId="77777777">
        <w:trPr>
          <w:cantSplit/>
          <w:trHeight w:val="680"/>
          <w:jc w:val="center"/>
        </w:trPr>
        <w:tc>
          <w:tcPr>
            <w:tcW w:w="4932"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14EB6B67" w14:textId="77777777" w:rsidR="00C32754" w:rsidRDefault="00000000">
            <w:pPr>
              <w:spacing w:after="40" w:line="240" w:lineRule="auto"/>
            </w:pPr>
            <w:r>
              <w:rPr>
                <w:b/>
                <w:color w:val="283E65"/>
                <w:sz w:val="18"/>
              </w:rPr>
              <w:t>Vision: anything we should know?</w:t>
            </w:r>
          </w:p>
          <w:p w14:paraId="26841347" w14:textId="77777777" w:rsidR="00C32754" w:rsidRDefault="00000000">
            <w:pPr>
              <w:spacing w:after="0" w:line="240" w:lineRule="auto"/>
            </w:pPr>
            <w:sdt>
              <w:sdtPr>
                <w:alias w:val="Vision: anything we should know?"/>
                <w:tag w:val="Vision: anything we should know?"/>
                <w:id w:val="213"/>
                <w:text/>
              </w:sdtPr>
              <w:sdtContent>
                <w:r>
                  <w:t xml:space="preserve">                     </w:t>
                </w:r>
              </w:sdtContent>
            </w:sdt>
          </w:p>
        </w:tc>
        <w:tc>
          <w:tcPr>
            <w:tcW w:w="4932"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33E461DC" w14:textId="77777777" w:rsidR="00C32754" w:rsidRDefault="00000000">
            <w:pPr>
              <w:spacing w:after="40" w:line="240" w:lineRule="auto"/>
            </w:pPr>
            <w:r>
              <w:rPr>
                <w:b/>
                <w:color w:val="283E65"/>
                <w:sz w:val="18"/>
              </w:rPr>
              <w:t>Hearing: anything we should know?</w:t>
            </w:r>
          </w:p>
          <w:p w14:paraId="5B8B114F" w14:textId="77777777" w:rsidR="00C32754" w:rsidRDefault="00000000">
            <w:pPr>
              <w:spacing w:after="0" w:line="240" w:lineRule="auto"/>
            </w:pPr>
            <w:sdt>
              <w:sdtPr>
                <w:alias w:val="Hearing: anything we should know?"/>
                <w:tag w:val="Hearing: anything we should know?"/>
                <w:id w:val="214"/>
                <w:text/>
              </w:sdtPr>
              <w:sdtContent>
                <w:r>
                  <w:t xml:space="preserve">                     </w:t>
                </w:r>
              </w:sdtContent>
            </w:sdt>
          </w:p>
        </w:tc>
      </w:tr>
    </w:tbl>
    <w:p w14:paraId="57C02B43" w14:textId="77777777" w:rsidR="00C32754" w:rsidRDefault="00C32754">
      <w:pPr>
        <w:spacing w:after="60" w:line="40" w:lineRule="exact"/>
      </w:pPr>
    </w:p>
    <w:p w14:paraId="0248844F" w14:textId="77777777" w:rsidR="00C32754" w:rsidRDefault="00000000">
      <w:pPr>
        <w:spacing w:after="60"/>
      </w:pPr>
      <w:r>
        <w:rPr>
          <w:b/>
        </w:rPr>
        <w:t>I consent to my child’s vision and hearing being tested.</w:t>
      </w:r>
    </w:p>
    <w:p w14:paraId="330876E8" w14:textId="77777777" w:rsidR="00C32754" w:rsidRDefault="00000000">
      <w:sdt>
        <w:sdtPr>
          <w:alias w:val="Yes"/>
          <w:id w:val="215"/>
          <w14:checkbox>
            <w14:checked w14:val="0"/>
            <w14:checkedState w14:val="2612" w14:font="DejaVu Sans"/>
            <w14:uncheckedState w14:val="2610" w14:font="DejaVu Sans"/>
          </w14:checkbox>
        </w:sdtPr>
        <w:sdtContent>
          <w:r>
            <w:rPr>
              <w:rFonts w:ascii="DejaVu Sans" w:hAnsi="DejaVu Sans"/>
              <w:sz w:val="22"/>
            </w:rPr>
            <w:t>☐</w:t>
          </w:r>
        </w:sdtContent>
      </w:sdt>
      <w:r>
        <w:t xml:space="preserve"> Yes   </w:t>
      </w:r>
      <w:sdt>
        <w:sdtPr>
          <w:alias w:val="No"/>
          <w:id w:val="216"/>
          <w14:checkbox>
            <w14:checked w14:val="0"/>
            <w14:checkedState w14:val="2612" w14:font="DejaVu Sans"/>
            <w14:uncheckedState w14:val="2610" w14:font="DejaVu Sans"/>
          </w14:checkbox>
        </w:sdtPr>
        <w:sdtContent>
          <w:r>
            <w:rPr>
              <w:rFonts w:ascii="DejaVu Sans" w:hAnsi="DejaVu Sans"/>
              <w:sz w:val="22"/>
            </w:rPr>
            <w:t>☐</w:t>
          </w:r>
        </w:sdtContent>
      </w:sdt>
      <w:r>
        <w:t xml:space="preserve"> No   </w:t>
      </w:r>
    </w:p>
    <w:tbl>
      <w:tblPr>
        <w:tblW w:w="0" w:type="auto"/>
        <w:jc w:val="center"/>
        <w:tblLayout w:type="fixed"/>
        <w:tblLook w:val="04A0" w:firstRow="1" w:lastRow="0" w:firstColumn="1" w:lastColumn="0" w:noHBand="0" w:noVBand="1"/>
      </w:tblPr>
      <w:tblGrid>
        <w:gridCol w:w="4932"/>
        <w:gridCol w:w="4932"/>
      </w:tblGrid>
      <w:tr w:rsidR="00C32754" w14:paraId="0E3CA4FE" w14:textId="77777777">
        <w:trPr>
          <w:cantSplit/>
          <w:trHeight w:val="765"/>
          <w:jc w:val="center"/>
        </w:trPr>
        <w:tc>
          <w:tcPr>
            <w:tcW w:w="4932"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66C68290" w14:textId="4FAB823B" w:rsidR="00C32754" w:rsidRDefault="00000000">
            <w:pPr>
              <w:spacing w:after="40" w:line="240" w:lineRule="auto"/>
            </w:pPr>
            <w:r>
              <w:rPr>
                <w:b/>
                <w:color w:val="283E65"/>
                <w:sz w:val="18"/>
              </w:rPr>
              <w:t xml:space="preserve">Allergies (including food </w:t>
            </w:r>
            <w:r w:rsidR="00F05D85">
              <w:rPr>
                <w:b/>
                <w:color w:val="283E65"/>
                <w:sz w:val="18"/>
              </w:rPr>
              <w:t>requirements</w:t>
            </w:r>
            <w:r w:rsidR="00A25994">
              <w:rPr>
                <w:b/>
                <w:color w:val="283E65"/>
                <w:sz w:val="18"/>
              </w:rPr>
              <w:t xml:space="preserve"> </w:t>
            </w:r>
            <w:r>
              <w:rPr>
                <w:b/>
                <w:color w:val="283E65"/>
                <w:sz w:val="18"/>
              </w:rPr>
              <w:t>/ medicine)</w:t>
            </w:r>
          </w:p>
          <w:p w14:paraId="688BCED0" w14:textId="77777777" w:rsidR="00C32754" w:rsidRDefault="00000000">
            <w:pPr>
              <w:spacing w:after="0" w:line="240" w:lineRule="auto"/>
            </w:pPr>
            <w:sdt>
              <w:sdtPr>
                <w:alias w:val="Allergies (including food / medicine)"/>
                <w:tag w:val="Allergies (including food / medicine)"/>
                <w:id w:val="217"/>
                <w:text/>
              </w:sdtPr>
              <w:sdtContent>
                <w:r>
                  <w:t xml:space="preserve">                     </w:t>
                </w:r>
              </w:sdtContent>
            </w:sdt>
          </w:p>
        </w:tc>
        <w:tc>
          <w:tcPr>
            <w:tcW w:w="4932"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5689EF1B" w14:textId="77777777" w:rsidR="00C32754" w:rsidRDefault="00000000">
            <w:pPr>
              <w:spacing w:after="40" w:line="240" w:lineRule="auto"/>
            </w:pPr>
            <w:r>
              <w:rPr>
                <w:b/>
                <w:color w:val="283E65"/>
                <w:sz w:val="18"/>
              </w:rPr>
              <w:t>Medication</w:t>
            </w:r>
          </w:p>
          <w:p w14:paraId="04A6CE15" w14:textId="77777777" w:rsidR="00C32754" w:rsidRDefault="00000000">
            <w:pPr>
              <w:spacing w:after="0" w:line="240" w:lineRule="auto"/>
            </w:pPr>
            <w:sdt>
              <w:sdtPr>
                <w:alias w:val="Medication"/>
                <w:tag w:val="Medication"/>
                <w:id w:val="218"/>
                <w:text/>
              </w:sdtPr>
              <w:sdtContent>
                <w:r>
                  <w:t xml:space="preserve">                     </w:t>
                </w:r>
              </w:sdtContent>
            </w:sdt>
          </w:p>
        </w:tc>
      </w:tr>
    </w:tbl>
    <w:p w14:paraId="479261F0" w14:textId="77777777" w:rsidR="00C32754" w:rsidRDefault="00C32754">
      <w:pPr>
        <w:spacing w:after="60" w:line="40" w:lineRule="exact"/>
      </w:pPr>
    </w:p>
    <w:tbl>
      <w:tblPr>
        <w:tblW w:w="0" w:type="auto"/>
        <w:jc w:val="center"/>
        <w:tblLayout w:type="fixed"/>
        <w:tblLook w:val="04A0" w:firstRow="1" w:lastRow="0" w:firstColumn="1" w:lastColumn="0" w:noHBand="0" w:noVBand="1"/>
      </w:tblPr>
      <w:tblGrid>
        <w:gridCol w:w="4932"/>
        <w:gridCol w:w="4932"/>
      </w:tblGrid>
      <w:tr w:rsidR="00C32754" w14:paraId="731BBD07" w14:textId="77777777">
        <w:trPr>
          <w:cantSplit/>
          <w:trHeight w:val="765"/>
          <w:jc w:val="center"/>
        </w:trPr>
        <w:tc>
          <w:tcPr>
            <w:tcW w:w="4932"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55C420D5" w14:textId="77777777" w:rsidR="00C32754" w:rsidRDefault="00000000">
            <w:pPr>
              <w:spacing w:after="40" w:line="240" w:lineRule="auto"/>
            </w:pPr>
            <w:r>
              <w:rPr>
                <w:b/>
                <w:color w:val="283E65"/>
                <w:sz w:val="18"/>
              </w:rPr>
              <w:t>Speech / communication needs</w:t>
            </w:r>
          </w:p>
          <w:p w14:paraId="602C73C1" w14:textId="77777777" w:rsidR="00C32754" w:rsidRDefault="00000000">
            <w:pPr>
              <w:spacing w:after="0" w:line="240" w:lineRule="auto"/>
            </w:pPr>
            <w:sdt>
              <w:sdtPr>
                <w:alias w:val="Speech / communication needs"/>
                <w:tag w:val="Speech / communication needs"/>
                <w:id w:val="219"/>
                <w:text/>
              </w:sdtPr>
              <w:sdtContent>
                <w:r>
                  <w:t xml:space="preserve">                     </w:t>
                </w:r>
              </w:sdtContent>
            </w:sdt>
          </w:p>
        </w:tc>
        <w:tc>
          <w:tcPr>
            <w:tcW w:w="4932"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24618DEE" w14:textId="77777777" w:rsidR="00C32754" w:rsidRDefault="00000000">
            <w:pPr>
              <w:spacing w:after="40" w:line="240" w:lineRule="auto"/>
            </w:pPr>
            <w:r>
              <w:rPr>
                <w:b/>
                <w:color w:val="283E65"/>
                <w:sz w:val="18"/>
              </w:rPr>
              <w:t>Serious health problems</w:t>
            </w:r>
          </w:p>
          <w:p w14:paraId="4D8E9CA1" w14:textId="77777777" w:rsidR="00C32754" w:rsidRDefault="00000000">
            <w:pPr>
              <w:spacing w:after="0" w:line="240" w:lineRule="auto"/>
            </w:pPr>
            <w:sdt>
              <w:sdtPr>
                <w:alias w:val="Serious health problems"/>
                <w:tag w:val="Serious health problems"/>
                <w:id w:val="220"/>
                <w:text/>
              </w:sdtPr>
              <w:sdtContent>
                <w:r>
                  <w:t xml:space="preserve">                     </w:t>
                </w:r>
              </w:sdtContent>
            </w:sdt>
          </w:p>
        </w:tc>
      </w:tr>
    </w:tbl>
    <w:p w14:paraId="0A2FAF01" w14:textId="77777777" w:rsidR="00C32754" w:rsidRDefault="00C32754">
      <w:pPr>
        <w:spacing w:after="60" w:line="40" w:lineRule="exact"/>
      </w:pPr>
    </w:p>
    <w:tbl>
      <w:tblPr>
        <w:tblW w:w="0" w:type="auto"/>
        <w:jc w:val="center"/>
        <w:tblLayout w:type="fixed"/>
        <w:tblLook w:val="04A0" w:firstRow="1" w:lastRow="0" w:firstColumn="1" w:lastColumn="0" w:noHBand="0" w:noVBand="1"/>
      </w:tblPr>
      <w:tblGrid>
        <w:gridCol w:w="9865"/>
      </w:tblGrid>
      <w:tr w:rsidR="00C32754" w14:paraId="54F837F9" w14:textId="77777777">
        <w:trPr>
          <w:cantSplit/>
          <w:trHeight w:val="862"/>
          <w:jc w:val="center"/>
        </w:trPr>
        <w:tc>
          <w:tcPr>
            <w:tcW w:w="9865"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62597DC5" w14:textId="77777777" w:rsidR="00C32754" w:rsidRDefault="00000000">
            <w:pPr>
              <w:spacing w:after="40" w:line="240" w:lineRule="auto"/>
            </w:pPr>
            <w:r>
              <w:rPr>
                <w:b/>
                <w:color w:val="283E65"/>
                <w:sz w:val="18"/>
              </w:rPr>
              <w:t>Learning / behaviour needs</w:t>
            </w:r>
          </w:p>
          <w:p w14:paraId="1E3AE88D" w14:textId="77777777" w:rsidR="00C32754" w:rsidRDefault="00000000">
            <w:pPr>
              <w:spacing w:after="0" w:line="240" w:lineRule="auto"/>
            </w:pPr>
            <w:sdt>
              <w:sdtPr>
                <w:alias w:val="Learning / behaviour needs"/>
                <w:tag w:val="Learning / behaviour needs"/>
                <w:id w:val="221"/>
                <w:text/>
              </w:sdtPr>
              <w:sdtContent>
                <w:r>
                  <w:t xml:space="preserve">                     </w:t>
                </w:r>
              </w:sdtContent>
            </w:sdt>
          </w:p>
        </w:tc>
      </w:tr>
    </w:tbl>
    <w:p w14:paraId="518821A0" w14:textId="77777777" w:rsidR="00C32754" w:rsidRDefault="00C32754">
      <w:pPr>
        <w:spacing w:after="60" w:line="40" w:lineRule="exact"/>
      </w:pPr>
    </w:p>
    <w:tbl>
      <w:tblPr>
        <w:tblW w:w="0" w:type="auto"/>
        <w:jc w:val="center"/>
        <w:tblLayout w:type="fixed"/>
        <w:tblLook w:val="04A0" w:firstRow="1" w:lastRow="0" w:firstColumn="1" w:lastColumn="0" w:noHBand="0" w:noVBand="1"/>
      </w:tblPr>
      <w:tblGrid>
        <w:gridCol w:w="9865"/>
      </w:tblGrid>
      <w:tr w:rsidR="00C32754" w14:paraId="7701FC25" w14:textId="77777777">
        <w:trPr>
          <w:cantSplit/>
          <w:trHeight w:val="862"/>
          <w:jc w:val="center"/>
        </w:trPr>
        <w:tc>
          <w:tcPr>
            <w:tcW w:w="9865"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6E7ECC9E" w14:textId="77777777" w:rsidR="00C32754" w:rsidRDefault="00000000">
            <w:pPr>
              <w:spacing w:after="40" w:line="240" w:lineRule="auto"/>
            </w:pPr>
            <w:r>
              <w:rPr>
                <w:b/>
                <w:color w:val="283E65"/>
                <w:sz w:val="18"/>
              </w:rPr>
              <w:t>Special needs, resourcing, support services or agencies involved</w:t>
            </w:r>
          </w:p>
          <w:p w14:paraId="117CACE8" w14:textId="77777777" w:rsidR="00C32754" w:rsidRDefault="00000000">
            <w:pPr>
              <w:spacing w:after="0" w:line="240" w:lineRule="auto"/>
            </w:pPr>
            <w:sdt>
              <w:sdtPr>
                <w:alias w:val="Special needs, resourcing, support services or agencies involved"/>
                <w:tag w:val="Special needs, resourcing, support services or agencies involved"/>
                <w:id w:val="222"/>
                <w:text/>
              </w:sdtPr>
              <w:sdtContent>
                <w:r>
                  <w:t xml:space="preserve">                     </w:t>
                </w:r>
              </w:sdtContent>
            </w:sdt>
          </w:p>
        </w:tc>
      </w:tr>
    </w:tbl>
    <w:p w14:paraId="22331CAB" w14:textId="77777777" w:rsidR="00C32754" w:rsidRDefault="00C32754">
      <w:pPr>
        <w:spacing w:after="60" w:line="40" w:lineRule="exact"/>
      </w:pPr>
    </w:p>
    <w:tbl>
      <w:tblPr>
        <w:tblW w:w="0" w:type="auto"/>
        <w:jc w:val="center"/>
        <w:tblLayout w:type="fixed"/>
        <w:tblLook w:val="04A0" w:firstRow="1" w:lastRow="0" w:firstColumn="1" w:lastColumn="0" w:noHBand="0" w:noVBand="1"/>
      </w:tblPr>
      <w:tblGrid>
        <w:gridCol w:w="9865"/>
      </w:tblGrid>
      <w:tr w:rsidR="00C32754" w14:paraId="5E2A6B30" w14:textId="77777777">
        <w:trPr>
          <w:cantSplit/>
          <w:trHeight w:val="862"/>
          <w:jc w:val="center"/>
        </w:trPr>
        <w:tc>
          <w:tcPr>
            <w:tcW w:w="9865"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1DDF7E1A" w14:textId="77777777" w:rsidR="00C32754" w:rsidRDefault="00000000">
            <w:pPr>
              <w:spacing w:after="40" w:line="240" w:lineRule="auto"/>
            </w:pPr>
            <w:r>
              <w:rPr>
                <w:b/>
                <w:color w:val="283E65"/>
                <w:sz w:val="18"/>
              </w:rPr>
              <w:t>Other information or requests (attach extra pages if needed)</w:t>
            </w:r>
          </w:p>
          <w:p w14:paraId="21F564D8" w14:textId="77777777" w:rsidR="00C32754" w:rsidRDefault="00000000">
            <w:pPr>
              <w:spacing w:after="0" w:line="240" w:lineRule="auto"/>
            </w:pPr>
            <w:sdt>
              <w:sdtPr>
                <w:alias w:val="Other information or requests (attach extra pages if needed)"/>
                <w:tag w:val="Other information or requests (attach extra pages if needed)"/>
                <w:id w:val="223"/>
                <w:text/>
              </w:sdtPr>
              <w:sdtContent>
                <w:r>
                  <w:t xml:space="preserve">                     </w:t>
                </w:r>
              </w:sdtContent>
            </w:sdt>
          </w:p>
        </w:tc>
      </w:tr>
    </w:tbl>
    <w:p w14:paraId="1C5EFD89" w14:textId="77777777" w:rsidR="00C32754" w:rsidRDefault="00C32754">
      <w:pPr>
        <w:spacing w:after="60" w:line="40" w:lineRule="exact"/>
      </w:pPr>
    </w:p>
    <w:p w14:paraId="0331363B" w14:textId="77777777" w:rsidR="00C32754" w:rsidRDefault="00000000">
      <w:pPr>
        <w:pageBreakBefore/>
        <w:spacing w:after="100"/>
      </w:pPr>
      <w:proofErr w:type="gramStart"/>
      <w:r>
        <w:rPr>
          <w:b/>
          <w:color w:val="087B83"/>
          <w:sz w:val="16"/>
        </w:rPr>
        <w:lastRenderedPageBreak/>
        <w:t>06  /</w:t>
      </w:r>
      <w:proofErr w:type="gramEnd"/>
      <w:r>
        <w:rPr>
          <w:b/>
          <w:color w:val="087B83"/>
          <w:sz w:val="16"/>
        </w:rPr>
        <w:t xml:space="preserve">  FAMILY INFORMATION</w:t>
      </w:r>
    </w:p>
    <w:p w14:paraId="11FA3786" w14:textId="77777777" w:rsidR="00C32754" w:rsidRDefault="00000000">
      <w:pPr>
        <w:pStyle w:val="Heading1"/>
      </w:pPr>
      <w:r>
        <w:t>Privacy &amp; enrolment declaration</w:t>
      </w:r>
    </w:p>
    <w:p w14:paraId="4730CB1A" w14:textId="77777777" w:rsidR="00C32754" w:rsidRDefault="00000000">
      <w:pPr>
        <w:spacing w:after="160"/>
      </w:pPr>
      <w:r>
        <w:t>Please read this page before signing. Ask the school office if you have any questions.</w:t>
      </w:r>
    </w:p>
    <w:p w14:paraId="35EC7080" w14:textId="77777777" w:rsidR="00C32754" w:rsidRDefault="00000000">
      <w:pPr>
        <w:pStyle w:val="Heading2"/>
      </w:pPr>
      <w:r>
        <w:t>How your information is used</w:t>
      </w:r>
    </w:p>
    <w:p w14:paraId="4AA49FFD" w14:textId="77777777" w:rsidR="00C32754" w:rsidRDefault="00000000">
      <w:r>
        <w:t xml:space="preserve">The information collected will be used by the school for enrolment and forms an essential part of the information </w:t>
      </w:r>
      <w:proofErr w:type="gramStart"/>
      <w:r>
        <w:t>held</w:t>
      </w:r>
      <w:proofErr w:type="gramEnd"/>
      <w:r>
        <w:t xml:space="preserve"> by the school about your child. Records made from this information may be viewed on request at the school.</w:t>
      </w:r>
    </w:p>
    <w:p w14:paraId="289A7D4F" w14:textId="77777777" w:rsidR="00C32754" w:rsidRDefault="00000000">
      <w:r>
        <w:t xml:space="preserve">The information collected may be disclosed to appropriate education, health and welfare authorities and, for data-gathering purposes, to the New Zealand Ministry of Education, in accordance with the principles of the Privacy Act. It will not be disclosed to any other person or agency unless the disclosure is </w:t>
      </w:r>
      <w:proofErr w:type="spellStart"/>
      <w:r>
        <w:t>authorised</w:t>
      </w:r>
      <w:proofErr w:type="spellEnd"/>
      <w:r>
        <w:t xml:space="preserve"> or required by law.</w:t>
      </w:r>
    </w:p>
    <w:p w14:paraId="49C615B7" w14:textId="77777777" w:rsidR="00C32754" w:rsidRDefault="00000000">
      <w:pPr>
        <w:pStyle w:val="Heading2"/>
      </w:pPr>
      <w:r>
        <w:t>Parent / caregiver declaration</w:t>
      </w:r>
    </w:p>
    <w:p w14:paraId="4F3BFB66" w14:textId="77777777" w:rsidR="00C32754" w:rsidRDefault="00000000">
      <w:r>
        <w:t>By signing below, I confirm that I have read and accept the privacy statement above. I agree:</w:t>
      </w:r>
    </w:p>
    <w:p w14:paraId="4B2863CD" w14:textId="77777777" w:rsidR="00C32754" w:rsidRDefault="00000000">
      <w:r>
        <w:t xml:space="preserve">• The school may </w:t>
      </w:r>
      <w:proofErr w:type="gramStart"/>
      <w:r>
        <w:t>take action</w:t>
      </w:r>
      <w:proofErr w:type="gramEnd"/>
      <w:r>
        <w:t xml:space="preserve"> on my behalf in </w:t>
      </w:r>
      <w:proofErr w:type="gramStart"/>
      <w:r>
        <w:t>the case</w:t>
      </w:r>
      <w:proofErr w:type="gramEnd"/>
      <w:r>
        <w:t xml:space="preserve"> of sudden illness or injury.</w:t>
      </w:r>
    </w:p>
    <w:p w14:paraId="678990F4" w14:textId="77777777" w:rsidR="00C32754" w:rsidRDefault="00000000">
      <w:r>
        <w:t>• I will abide by the school’s policies.</w:t>
      </w:r>
    </w:p>
    <w:p w14:paraId="238AC68C" w14:textId="77777777" w:rsidR="00C32754" w:rsidRDefault="00000000">
      <w:r>
        <w:t>• My child’s work and image may be used in accordance with the school’s online publishing policy / procedures and the school-promotion permission recorded on page 10.</w:t>
      </w:r>
    </w:p>
    <w:p w14:paraId="1DEF9D89" w14:textId="77777777" w:rsidR="00C32754" w:rsidRDefault="00000000">
      <w:r>
        <w:t>• The school may forward my child’s name and address to a potential intermediate or secondary school.</w:t>
      </w:r>
    </w:p>
    <w:p w14:paraId="0C7B5ED9" w14:textId="77777777" w:rsidR="00C32754" w:rsidRDefault="00000000">
      <w:r>
        <w:t>• All the information I have provided is true and correct.</w:t>
      </w:r>
    </w:p>
    <w:tbl>
      <w:tblPr>
        <w:tblW w:w="0" w:type="auto"/>
        <w:jc w:val="center"/>
        <w:tblLook w:val="04A0" w:firstRow="1" w:lastRow="0" w:firstColumn="1" w:lastColumn="0" w:noHBand="0" w:noVBand="1"/>
      </w:tblPr>
      <w:tblGrid>
        <w:gridCol w:w="9866"/>
      </w:tblGrid>
      <w:tr w:rsidR="00C32754" w14:paraId="35A57C86" w14:textId="77777777">
        <w:trPr>
          <w:jc w:val="center"/>
        </w:trPr>
        <w:tc>
          <w:tcPr>
            <w:tcW w:w="9866" w:type="dxa"/>
            <w:shd w:val="clear" w:color="auto" w:fill="F0F6F7"/>
            <w:tcMar>
              <w:top w:w="140" w:type="dxa"/>
              <w:left w:w="100" w:type="dxa"/>
              <w:bottom w:w="140" w:type="dxa"/>
              <w:right w:w="100" w:type="dxa"/>
            </w:tcMar>
          </w:tcPr>
          <w:p w14:paraId="73F268A5" w14:textId="77777777" w:rsidR="00C32754" w:rsidRDefault="00000000">
            <w:pPr>
              <w:spacing w:before="40" w:after="40"/>
            </w:pPr>
            <w:r>
              <w:rPr>
                <w:color w:val="283E65"/>
                <w:sz w:val="20"/>
              </w:rPr>
              <w:t>School promotion and media are covered separately on page 10. Please record your choice there and discuss any concerns with the office before signing this declaration.</w:t>
            </w:r>
          </w:p>
        </w:tc>
      </w:tr>
    </w:tbl>
    <w:p w14:paraId="28A700D0" w14:textId="77777777" w:rsidR="00C32754" w:rsidRDefault="00C32754">
      <w:pPr>
        <w:spacing w:after="80" w:line="40" w:lineRule="exact"/>
      </w:pPr>
    </w:p>
    <w:tbl>
      <w:tblPr>
        <w:tblW w:w="0" w:type="auto"/>
        <w:jc w:val="center"/>
        <w:tblLayout w:type="fixed"/>
        <w:tblLook w:val="04A0" w:firstRow="1" w:lastRow="0" w:firstColumn="1" w:lastColumn="0" w:noHBand="0" w:noVBand="1"/>
      </w:tblPr>
      <w:tblGrid>
        <w:gridCol w:w="9865"/>
      </w:tblGrid>
      <w:tr w:rsidR="00C32754" w14:paraId="61D1593A" w14:textId="77777777">
        <w:trPr>
          <w:cantSplit/>
          <w:trHeight w:val="556"/>
          <w:jc w:val="center"/>
        </w:trPr>
        <w:tc>
          <w:tcPr>
            <w:tcW w:w="9865"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29D70720" w14:textId="77777777" w:rsidR="00C32754" w:rsidRDefault="00000000">
            <w:pPr>
              <w:spacing w:after="40" w:line="240" w:lineRule="auto"/>
            </w:pPr>
            <w:r>
              <w:rPr>
                <w:b/>
                <w:color w:val="283E65"/>
                <w:sz w:val="18"/>
              </w:rPr>
              <w:t>Child’s full name</w:t>
            </w:r>
          </w:p>
          <w:p w14:paraId="39392F1E" w14:textId="77777777" w:rsidR="00C32754" w:rsidRDefault="00000000">
            <w:pPr>
              <w:spacing w:after="0" w:line="240" w:lineRule="auto"/>
            </w:pPr>
            <w:sdt>
              <w:sdtPr>
                <w:alias w:val="Child’s full name"/>
                <w:tag w:val="Child’s full name"/>
                <w:id w:val="224"/>
                <w:text/>
              </w:sdtPr>
              <w:sdtContent>
                <w:r>
                  <w:t xml:space="preserve">                     </w:t>
                </w:r>
              </w:sdtContent>
            </w:sdt>
          </w:p>
        </w:tc>
      </w:tr>
    </w:tbl>
    <w:p w14:paraId="37590347" w14:textId="77777777" w:rsidR="00C32754" w:rsidRDefault="00C32754">
      <w:pPr>
        <w:spacing w:after="60" w:line="40" w:lineRule="exact"/>
      </w:pPr>
    </w:p>
    <w:tbl>
      <w:tblPr>
        <w:tblW w:w="0" w:type="auto"/>
        <w:jc w:val="center"/>
        <w:tblLayout w:type="fixed"/>
        <w:tblLook w:val="04A0" w:firstRow="1" w:lastRow="0" w:firstColumn="1" w:lastColumn="0" w:noHBand="0" w:noVBand="1"/>
      </w:tblPr>
      <w:tblGrid>
        <w:gridCol w:w="4932"/>
        <w:gridCol w:w="4932"/>
      </w:tblGrid>
      <w:tr w:rsidR="00C32754" w14:paraId="23422172" w14:textId="77777777">
        <w:trPr>
          <w:cantSplit/>
          <w:trHeight w:val="556"/>
          <w:jc w:val="center"/>
        </w:trPr>
        <w:tc>
          <w:tcPr>
            <w:tcW w:w="4932"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6CDF8246" w14:textId="77777777" w:rsidR="00C32754" w:rsidRDefault="00000000">
            <w:pPr>
              <w:spacing w:after="40" w:line="240" w:lineRule="auto"/>
            </w:pPr>
            <w:r>
              <w:rPr>
                <w:b/>
                <w:color w:val="283E65"/>
                <w:sz w:val="18"/>
              </w:rPr>
              <w:t>Parent / caregiver full name</w:t>
            </w:r>
          </w:p>
          <w:p w14:paraId="55959C35" w14:textId="77777777" w:rsidR="00C32754" w:rsidRDefault="00000000">
            <w:pPr>
              <w:spacing w:after="0" w:line="240" w:lineRule="auto"/>
            </w:pPr>
            <w:sdt>
              <w:sdtPr>
                <w:alias w:val="Parent / caregiver full name"/>
                <w:tag w:val="Parent / caregiver full name"/>
                <w:id w:val="225"/>
                <w:text/>
              </w:sdtPr>
              <w:sdtContent>
                <w:r>
                  <w:t xml:space="preserve">                     </w:t>
                </w:r>
              </w:sdtContent>
            </w:sdt>
          </w:p>
        </w:tc>
        <w:tc>
          <w:tcPr>
            <w:tcW w:w="4932"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679682EE" w14:textId="77777777" w:rsidR="00C32754" w:rsidRDefault="00000000">
            <w:pPr>
              <w:spacing w:after="40" w:line="240" w:lineRule="auto"/>
            </w:pPr>
            <w:r>
              <w:rPr>
                <w:b/>
                <w:color w:val="283E65"/>
                <w:sz w:val="18"/>
              </w:rPr>
              <w:t xml:space="preserve">Relationship </w:t>
            </w:r>
            <w:proofErr w:type="gramStart"/>
            <w:r>
              <w:rPr>
                <w:b/>
                <w:color w:val="283E65"/>
                <w:sz w:val="18"/>
              </w:rPr>
              <w:t>to</w:t>
            </w:r>
            <w:proofErr w:type="gramEnd"/>
            <w:r>
              <w:rPr>
                <w:b/>
                <w:color w:val="283E65"/>
                <w:sz w:val="18"/>
              </w:rPr>
              <w:t xml:space="preserve"> </w:t>
            </w:r>
            <w:proofErr w:type="gramStart"/>
            <w:r>
              <w:rPr>
                <w:b/>
                <w:color w:val="283E65"/>
                <w:sz w:val="18"/>
              </w:rPr>
              <w:t>child</w:t>
            </w:r>
            <w:proofErr w:type="gramEnd"/>
          </w:p>
          <w:p w14:paraId="1429D0F6" w14:textId="77777777" w:rsidR="00C32754" w:rsidRDefault="00000000">
            <w:pPr>
              <w:spacing w:after="0" w:line="240" w:lineRule="auto"/>
            </w:pPr>
            <w:sdt>
              <w:sdtPr>
                <w:alias w:val="Relationship to child"/>
                <w:tag w:val="Relationship to child"/>
                <w:id w:val="226"/>
                <w:text/>
              </w:sdtPr>
              <w:sdtContent>
                <w:r>
                  <w:t xml:space="preserve">                     </w:t>
                </w:r>
              </w:sdtContent>
            </w:sdt>
          </w:p>
        </w:tc>
      </w:tr>
    </w:tbl>
    <w:p w14:paraId="3B09CF1B" w14:textId="77777777" w:rsidR="00C32754" w:rsidRDefault="00C32754">
      <w:pPr>
        <w:spacing w:after="60" w:line="40" w:lineRule="exact"/>
      </w:pPr>
    </w:p>
    <w:tbl>
      <w:tblPr>
        <w:tblW w:w="0" w:type="auto"/>
        <w:jc w:val="center"/>
        <w:tblLayout w:type="fixed"/>
        <w:tblLook w:val="04A0" w:firstRow="1" w:lastRow="0" w:firstColumn="1" w:lastColumn="0" w:noHBand="0" w:noVBand="1"/>
      </w:tblPr>
      <w:tblGrid>
        <w:gridCol w:w="6803"/>
        <w:gridCol w:w="3061"/>
      </w:tblGrid>
      <w:tr w:rsidR="00C32754" w14:paraId="644836DF" w14:textId="77777777">
        <w:trPr>
          <w:cantSplit/>
          <w:trHeight w:val="709"/>
          <w:jc w:val="center"/>
        </w:trPr>
        <w:tc>
          <w:tcPr>
            <w:tcW w:w="6803"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025B1D99" w14:textId="77777777" w:rsidR="00C32754" w:rsidRDefault="00000000">
            <w:pPr>
              <w:spacing w:after="40" w:line="240" w:lineRule="auto"/>
            </w:pPr>
            <w:r>
              <w:rPr>
                <w:b/>
                <w:color w:val="283E65"/>
                <w:sz w:val="18"/>
              </w:rPr>
              <w:t>Parent / caregiver signature</w:t>
            </w:r>
          </w:p>
          <w:p w14:paraId="7C8B2170" w14:textId="77777777" w:rsidR="00C32754" w:rsidRDefault="00000000">
            <w:pPr>
              <w:spacing w:after="0" w:line="240" w:lineRule="auto"/>
            </w:pPr>
            <w:sdt>
              <w:sdtPr>
                <w:alias w:val="Parent / caregiver signature"/>
                <w:tag w:val="Parent / caregiver signature"/>
                <w:id w:val="227"/>
                <w:text/>
              </w:sdtPr>
              <w:sdtContent>
                <w:r>
                  <w:t xml:space="preserve">                     </w:t>
                </w:r>
              </w:sdtContent>
            </w:sdt>
          </w:p>
        </w:tc>
        <w:tc>
          <w:tcPr>
            <w:tcW w:w="3061"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008EC200" w14:textId="77777777" w:rsidR="00C32754" w:rsidRDefault="00000000">
            <w:pPr>
              <w:spacing w:after="40" w:line="240" w:lineRule="auto"/>
            </w:pPr>
            <w:r>
              <w:rPr>
                <w:b/>
                <w:color w:val="283E65"/>
                <w:sz w:val="18"/>
              </w:rPr>
              <w:t>Date (DD / MM / YYYY)</w:t>
            </w:r>
          </w:p>
          <w:p w14:paraId="7FB52B39" w14:textId="77777777" w:rsidR="00C32754" w:rsidRDefault="00000000">
            <w:pPr>
              <w:spacing w:after="0" w:line="240" w:lineRule="auto"/>
            </w:pPr>
            <w:sdt>
              <w:sdtPr>
                <w:alias w:val="Date (DD / MM / YYYY)"/>
                <w:tag w:val="Date (DD / MM / YYYY)"/>
                <w:id w:val="228"/>
                <w:text/>
              </w:sdtPr>
              <w:sdtContent>
                <w:r>
                  <w:t xml:space="preserve">                     </w:t>
                </w:r>
              </w:sdtContent>
            </w:sdt>
          </w:p>
        </w:tc>
      </w:tr>
    </w:tbl>
    <w:p w14:paraId="416DF67B" w14:textId="77777777" w:rsidR="00C32754" w:rsidRDefault="00C32754">
      <w:pPr>
        <w:spacing w:after="60" w:line="40" w:lineRule="exact"/>
      </w:pPr>
    </w:p>
    <w:p w14:paraId="3295B4FC" w14:textId="77777777" w:rsidR="00C32754" w:rsidRDefault="00000000">
      <w:pPr>
        <w:pStyle w:val="Heading2"/>
      </w:pPr>
      <w:r>
        <w:t>Custody &amp; school-report copies</w:t>
      </w:r>
    </w:p>
    <w:p w14:paraId="344CFB65" w14:textId="77777777" w:rsidR="00C32754" w:rsidRDefault="00000000">
      <w:pPr>
        <w:spacing w:after="60"/>
      </w:pPr>
      <w:r>
        <w:rPr>
          <w:b/>
        </w:rPr>
        <w:t>Is there a court order relating to your child?</w:t>
      </w:r>
    </w:p>
    <w:p w14:paraId="08550EFD" w14:textId="77777777" w:rsidR="00C32754" w:rsidRDefault="00000000">
      <w:sdt>
        <w:sdtPr>
          <w:alias w:val="Yes"/>
          <w:id w:val="229"/>
          <w14:checkbox>
            <w14:checked w14:val="0"/>
            <w14:checkedState w14:val="2612" w14:font="DejaVu Sans"/>
            <w14:uncheckedState w14:val="2610" w14:font="DejaVu Sans"/>
          </w14:checkbox>
        </w:sdtPr>
        <w:sdtContent>
          <w:r>
            <w:rPr>
              <w:rFonts w:ascii="DejaVu Sans" w:hAnsi="DejaVu Sans"/>
              <w:sz w:val="22"/>
            </w:rPr>
            <w:t>☐</w:t>
          </w:r>
        </w:sdtContent>
      </w:sdt>
      <w:r>
        <w:t xml:space="preserve"> Yes   </w:t>
      </w:r>
      <w:sdt>
        <w:sdtPr>
          <w:alias w:val="No"/>
          <w:id w:val="230"/>
          <w14:checkbox>
            <w14:checked w14:val="0"/>
            <w14:checkedState w14:val="2612" w14:font="DejaVu Sans"/>
            <w14:uncheckedState w14:val="2610" w14:font="DejaVu Sans"/>
          </w14:checkbox>
        </w:sdtPr>
        <w:sdtContent>
          <w:r>
            <w:rPr>
              <w:rFonts w:ascii="DejaVu Sans" w:hAnsi="DejaVu Sans"/>
              <w:sz w:val="22"/>
            </w:rPr>
            <w:t>☐</w:t>
          </w:r>
        </w:sdtContent>
      </w:sdt>
      <w:r>
        <w:t xml:space="preserve"> No   </w:t>
      </w:r>
      <w:sdt>
        <w:sdtPr>
          <w:alias w:val="N/A"/>
          <w:id w:val="231"/>
          <w14:checkbox>
            <w14:checked w14:val="0"/>
            <w14:checkedState w14:val="2612" w14:font="DejaVu Sans"/>
            <w14:uncheckedState w14:val="2610" w14:font="DejaVu Sans"/>
          </w14:checkbox>
        </w:sdtPr>
        <w:sdtContent>
          <w:r>
            <w:rPr>
              <w:rFonts w:ascii="DejaVu Sans" w:hAnsi="DejaVu Sans"/>
              <w:sz w:val="22"/>
            </w:rPr>
            <w:t>☐</w:t>
          </w:r>
        </w:sdtContent>
      </w:sdt>
      <w:r>
        <w:t xml:space="preserve"> N/A   </w:t>
      </w:r>
    </w:p>
    <w:p w14:paraId="422CA35A" w14:textId="77777777" w:rsidR="00C32754" w:rsidRDefault="00000000">
      <w:pPr>
        <w:spacing w:after="140"/>
      </w:pPr>
      <w:r>
        <w:rPr>
          <w:sz w:val="19"/>
        </w:rPr>
        <w:t>If yes, please attach the relevant information and discuss it with the office.</w:t>
      </w:r>
    </w:p>
    <w:tbl>
      <w:tblPr>
        <w:tblW w:w="0" w:type="auto"/>
        <w:jc w:val="center"/>
        <w:tblLayout w:type="fixed"/>
        <w:tblLook w:val="04A0" w:firstRow="1" w:lastRow="0" w:firstColumn="1" w:lastColumn="0" w:noHBand="0" w:noVBand="1"/>
      </w:tblPr>
      <w:tblGrid>
        <w:gridCol w:w="3685"/>
        <w:gridCol w:w="6180"/>
      </w:tblGrid>
      <w:tr w:rsidR="00C32754" w14:paraId="7F48CDAD" w14:textId="77777777">
        <w:trPr>
          <w:cantSplit/>
          <w:trHeight w:val="510"/>
          <w:jc w:val="center"/>
        </w:trPr>
        <w:tc>
          <w:tcPr>
            <w:tcW w:w="3685"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45838A50" w14:textId="77777777" w:rsidR="00C32754" w:rsidRDefault="00000000">
            <w:pPr>
              <w:spacing w:after="40" w:line="240" w:lineRule="auto"/>
            </w:pPr>
            <w:r>
              <w:rPr>
                <w:b/>
                <w:color w:val="283E65"/>
                <w:sz w:val="18"/>
              </w:rPr>
              <w:t xml:space="preserve">Extra copy of school report </w:t>
            </w:r>
            <w:proofErr w:type="gramStart"/>
            <w:r>
              <w:rPr>
                <w:b/>
                <w:color w:val="283E65"/>
                <w:sz w:val="18"/>
              </w:rPr>
              <w:t>to:</w:t>
            </w:r>
            <w:proofErr w:type="gramEnd"/>
            <w:r>
              <w:rPr>
                <w:b/>
                <w:color w:val="283E65"/>
                <w:sz w:val="18"/>
              </w:rPr>
              <w:t xml:space="preserve"> name</w:t>
            </w:r>
          </w:p>
          <w:p w14:paraId="625DF800" w14:textId="77777777" w:rsidR="00C32754" w:rsidRDefault="00000000">
            <w:pPr>
              <w:spacing w:after="0" w:line="240" w:lineRule="auto"/>
            </w:pPr>
            <w:sdt>
              <w:sdtPr>
                <w:alias w:val="Extra copy of school report to: name"/>
                <w:tag w:val="Extra copy of school report to: name"/>
                <w:id w:val="232"/>
                <w:text/>
              </w:sdtPr>
              <w:sdtContent>
                <w:r>
                  <w:t xml:space="preserve">                     </w:t>
                </w:r>
              </w:sdtContent>
            </w:sdt>
          </w:p>
        </w:tc>
        <w:tc>
          <w:tcPr>
            <w:tcW w:w="6180"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4A000924" w14:textId="77777777" w:rsidR="00C32754" w:rsidRDefault="00000000">
            <w:pPr>
              <w:spacing w:after="40" w:line="240" w:lineRule="auto"/>
            </w:pPr>
            <w:r>
              <w:rPr>
                <w:b/>
                <w:color w:val="283E65"/>
                <w:sz w:val="18"/>
              </w:rPr>
              <w:t>Postal / email address</w:t>
            </w:r>
          </w:p>
          <w:p w14:paraId="7E6B8E8E" w14:textId="77777777" w:rsidR="00C32754" w:rsidRDefault="00000000">
            <w:pPr>
              <w:spacing w:after="0" w:line="240" w:lineRule="auto"/>
            </w:pPr>
            <w:sdt>
              <w:sdtPr>
                <w:alias w:val="Postal / email address"/>
                <w:tag w:val="Postal / email address"/>
                <w:id w:val="233"/>
                <w:text/>
              </w:sdtPr>
              <w:sdtContent>
                <w:r>
                  <w:t xml:space="preserve">                     </w:t>
                </w:r>
              </w:sdtContent>
            </w:sdt>
          </w:p>
        </w:tc>
      </w:tr>
    </w:tbl>
    <w:p w14:paraId="27075BDD" w14:textId="77777777" w:rsidR="00C32754" w:rsidRDefault="00C32754">
      <w:pPr>
        <w:spacing w:after="60" w:line="40" w:lineRule="exact"/>
      </w:pPr>
    </w:p>
    <w:tbl>
      <w:tblPr>
        <w:tblW w:w="0" w:type="auto"/>
        <w:jc w:val="center"/>
        <w:tblLayout w:type="fixed"/>
        <w:tblLook w:val="04A0" w:firstRow="1" w:lastRow="0" w:firstColumn="1" w:lastColumn="0" w:noHBand="0" w:noVBand="1"/>
      </w:tblPr>
      <w:tblGrid>
        <w:gridCol w:w="9865"/>
      </w:tblGrid>
      <w:tr w:rsidR="00C32754" w14:paraId="477F302B" w14:textId="77777777">
        <w:trPr>
          <w:cantSplit/>
          <w:trHeight w:val="862"/>
          <w:jc w:val="center"/>
        </w:trPr>
        <w:tc>
          <w:tcPr>
            <w:tcW w:w="9865"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605BE40E" w14:textId="77777777" w:rsidR="00C32754" w:rsidRDefault="00000000">
            <w:pPr>
              <w:spacing w:after="40" w:line="240" w:lineRule="auto"/>
            </w:pPr>
            <w:r>
              <w:rPr>
                <w:b/>
                <w:color w:val="283E65"/>
                <w:sz w:val="18"/>
              </w:rPr>
              <w:t>Additional information / requests</w:t>
            </w:r>
          </w:p>
          <w:p w14:paraId="4048E4D2" w14:textId="77777777" w:rsidR="00C32754" w:rsidRDefault="00000000">
            <w:pPr>
              <w:spacing w:after="0" w:line="240" w:lineRule="auto"/>
            </w:pPr>
            <w:sdt>
              <w:sdtPr>
                <w:alias w:val="Additional information / requests"/>
                <w:tag w:val="Additional information / requests"/>
                <w:id w:val="234"/>
                <w:text/>
              </w:sdtPr>
              <w:sdtContent>
                <w:r>
                  <w:t xml:space="preserve">                     </w:t>
                </w:r>
              </w:sdtContent>
            </w:sdt>
          </w:p>
        </w:tc>
      </w:tr>
    </w:tbl>
    <w:p w14:paraId="7567C054" w14:textId="77777777" w:rsidR="00C32754" w:rsidRDefault="00C32754">
      <w:pPr>
        <w:spacing w:after="60" w:line="40" w:lineRule="exact"/>
      </w:pPr>
    </w:p>
    <w:p w14:paraId="692D7DF1" w14:textId="241F4F74" w:rsidR="00C32754" w:rsidRDefault="00000000">
      <w:pPr>
        <w:pageBreakBefore/>
        <w:spacing w:after="100"/>
      </w:pPr>
      <w:proofErr w:type="gramStart"/>
      <w:r>
        <w:rPr>
          <w:b/>
          <w:color w:val="087B83"/>
          <w:sz w:val="16"/>
        </w:rPr>
        <w:lastRenderedPageBreak/>
        <w:t>0</w:t>
      </w:r>
      <w:r w:rsidR="00D01D4C">
        <w:rPr>
          <w:b/>
          <w:color w:val="087B83"/>
          <w:sz w:val="16"/>
        </w:rPr>
        <w:t>7</w:t>
      </w:r>
      <w:r>
        <w:rPr>
          <w:b/>
          <w:color w:val="087B83"/>
          <w:sz w:val="16"/>
        </w:rPr>
        <w:t xml:space="preserve">  /</w:t>
      </w:r>
      <w:proofErr w:type="gramEnd"/>
      <w:r>
        <w:rPr>
          <w:b/>
          <w:color w:val="087B83"/>
          <w:sz w:val="16"/>
        </w:rPr>
        <w:t xml:space="preserve">  CONSENTS &amp; AGREEMENTS</w:t>
      </w:r>
    </w:p>
    <w:p w14:paraId="11457DFD" w14:textId="77777777" w:rsidR="00C32754" w:rsidRDefault="00000000">
      <w:pPr>
        <w:pStyle w:val="Heading1"/>
      </w:pPr>
      <w:proofErr w:type="spellStart"/>
      <w:r>
        <w:t>Cybersafety</w:t>
      </w:r>
      <w:proofErr w:type="spellEnd"/>
      <w:r>
        <w:t xml:space="preserve"> use agreement</w:t>
      </w:r>
    </w:p>
    <w:p w14:paraId="31FF1AEB" w14:textId="77777777" w:rsidR="00C32754" w:rsidRDefault="00000000">
      <w:pPr>
        <w:spacing w:after="160"/>
      </w:pPr>
      <w:r>
        <w:t>Read this agreement together. Both the student and a parent / legal guardian / caregiver need to sign.</w:t>
      </w:r>
    </w:p>
    <w:p w14:paraId="22B87234" w14:textId="77777777" w:rsidR="00C32754" w:rsidRDefault="00000000">
      <w:pPr>
        <w:pStyle w:val="Heading2"/>
      </w:pPr>
      <w:r>
        <w:t>Our school’s responsibilities</w:t>
      </w:r>
    </w:p>
    <w:p w14:paraId="1901FDA6" w14:textId="77777777" w:rsidR="00C32754" w:rsidRDefault="00000000">
      <w:r>
        <w:rPr>
          <w:sz w:val="20"/>
        </w:rPr>
        <w:t>Kaitaia Primary School will do its best to enhance learning through information and communication technology (ICT), including computers and devices. We will work to restrict access to inappropriate, illegal or harmful material on the internet and other school ICT equipment, at school and during school-related activities.</w:t>
      </w:r>
    </w:p>
    <w:p w14:paraId="7C6C8B17" w14:textId="6037E3AA" w:rsidR="00C32754" w:rsidRDefault="00000000">
      <w:r>
        <w:rPr>
          <w:sz w:val="20"/>
        </w:rPr>
        <w:t xml:space="preserve">We will help children and families understand </w:t>
      </w:r>
      <w:proofErr w:type="spellStart"/>
      <w:r>
        <w:rPr>
          <w:sz w:val="20"/>
        </w:rPr>
        <w:t>cybersafety</w:t>
      </w:r>
      <w:proofErr w:type="spellEnd"/>
      <w:r>
        <w:rPr>
          <w:sz w:val="20"/>
        </w:rPr>
        <w:t xml:space="preserve"> through education and </w:t>
      </w:r>
      <w:proofErr w:type="gramStart"/>
      <w:r>
        <w:rPr>
          <w:sz w:val="20"/>
        </w:rPr>
        <w:t>support, and</w:t>
      </w:r>
      <w:proofErr w:type="gramEnd"/>
      <w:r>
        <w:rPr>
          <w:sz w:val="20"/>
        </w:rPr>
        <w:t xml:space="preserve"> give children strategies to keep themselves safe online. We will keep the signed agreement </w:t>
      </w:r>
      <w:proofErr w:type="gramStart"/>
      <w:r>
        <w:rPr>
          <w:sz w:val="20"/>
        </w:rPr>
        <w:t>on</w:t>
      </w:r>
      <w:proofErr w:type="gramEnd"/>
      <w:r>
        <w:rPr>
          <w:sz w:val="20"/>
        </w:rPr>
        <w:t xml:space="preserve"> file, respond appropriately to breaches and welcome questions from parents and students. </w:t>
      </w:r>
    </w:p>
    <w:p w14:paraId="6B20DDA0" w14:textId="77777777" w:rsidR="00C32754" w:rsidRDefault="00000000">
      <w:pPr>
        <w:pStyle w:val="Heading2"/>
      </w:pPr>
      <w:r>
        <w:t>Student agreement</w:t>
      </w:r>
    </w:p>
    <w:p w14:paraId="66E32F18" w14:textId="77777777" w:rsidR="00C32754" w:rsidRDefault="00000000">
      <w:r>
        <w:rPr>
          <w:sz w:val="20"/>
        </w:rPr>
        <w:t xml:space="preserve">I have read this agreement carefully with my </w:t>
      </w:r>
      <w:proofErr w:type="gramStart"/>
      <w:r>
        <w:rPr>
          <w:sz w:val="20"/>
        </w:rPr>
        <w:t>parent</w:t>
      </w:r>
      <w:proofErr w:type="gramEnd"/>
      <w:r>
        <w:rPr>
          <w:sz w:val="20"/>
        </w:rPr>
        <w:t xml:space="preserve"> or caregiver. I understand my responsibilities and agree to:</w:t>
      </w:r>
    </w:p>
    <w:p w14:paraId="3492A22E" w14:textId="77777777" w:rsidR="00C32754" w:rsidRDefault="00000000">
      <w:pPr>
        <w:spacing w:after="80"/>
      </w:pPr>
      <w:r>
        <w:rPr>
          <w:sz w:val="20"/>
        </w:rPr>
        <w:t xml:space="preserve">• Follow </w:t>
      </w:r>
      <w:proofErr w:type="spellStart"/>
      <w:r>
        <w:rPr>
          <w:sz w:val="20"/>
        </w:rPr>
        <w:t>cybersafety</w:t>
      </w:r>
      <w:proofErr w:type="spellEnd"/>
      <w:r>
        <w:rPr>
          <w:sz w:val="20"/>
        </w:rPr>
        <w:t xml:space="preserve"> rules and instructions whenever I use school ICT, or privately owned ICT on the school site or at a school-related activity.</w:t>
      </w:r>
    </w:p>
    <w:p w14:paraId="78649F37" w14:textId="77777777" w:rsidR="00C32754" w:rsidRDefault="00000000">
      <w:pPr>
        <w:spacing w:after="80"/>
      </w:pPr>
      <w:r>
        <w:rPr>
          <w:sz w:val="20"/>
        </w:rPr>
        <w:t>• Never use ICT in a way that could put me or other members of the school community at risk.</w:t>
      </w:r>
    </w:p>
    <w:p w14:paraId="473CFF62" w14:textId="77777777" w:rsidR="00C32754" w:rsidRDefault="00000000">
      <w:pPr>
        <w:spacing w:after="80"/>
      </w:pPr>
      <w:r>
        <w:rPr>
          <w:sz w:val="20"/>
        </w:rPr>
        <w:t>• Take proper care of computers and other school ICT equipment. If I am involved in damage, loss or theft of school ICT equipment / devices, my family may be responsible for repair or replacement costs.</w:t>
      </w:r>
    </w:p>
    <w:p w14:paraId="0A1E3CEE" w14:textId="77777777" w:rsidR="00C32754" w:rsidRDefault="00000000">
      <w:pPr>
        <w:spacing w:after="80"/>
      </w:pPr>
      <w:r>
        <w:rPr>
          <w:sz w:val="20"/>
        </w:rPr>
        <w:t>• Ask my teacher or parent if I am unsure about anything in this agreement.</w:t>
      </w:r>
    </w:p>
    <w:p w14:paraId="45142045" w14:textId="77777777" w:rsidR="00C32754" w:rsidRDefault="00000000">
      <w:pPr>
        <w:spacing w:after="100"/>
      </w:pPr>
      <w:r>
        <w:rPr>
          <w:sz w:val="20"/>
        </w:rPr>
        <w:t>I understand that there may be serious consequences if I breach this agreement.</w:t>
      </w:r>
    </w:p>
    <w:tbl>
      <w:tblPr>
        <w:tblW w:w="0" w:type="auto"/>
        <w:jc w:val="center"/>
        <w:tblLayout w:type="fixed"/>
        <w:tblLook w:val="04A0" w:firstRow="1" w:lastRow="0" w:firstColumn="1" w:lastColumn="0" w:noHBand="0" w:noVBand="1"/>
      </w:tblPr>
      <w:tblGrid>
        <w:gridCol w:w="6803"/>
        <w:gridCol w:w="3061"/>
      </w:tblGrid>
      <w:tr w:rsidR="00C32754" w14:paraId="156B5144" w14:textId="77777777">
        <w:trPr>
          <w:cantSplit/>
          <w:trHeight w:val="510"/>
          <w:jc w:val="center"/>
        </w:trPr>
        <w:tc>
          <w:tcPr>
            <w:tcW w:w="6803"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3026DE8B" w14:textId="77777777" w:rsidR="00C32754" w:rsidRDefault="00000000">
            <w:pPr>
              <w:spacing w:after="40" w:line="240" w:lineRule="auto"/>
            </w:pPr>
            <w:r>
              <w:rPr>
                <w:b/>
                <w:color w:val="283E65"/>
                <w:sz w:val="18"/>
              </w:rPr>
              <w:t>Student name</w:t>
            </w:r>
          </w:p>
          <w:p w14:paraId="5E344E6A" w14:textId="77777777" w:rsidR="00C32754" w:rsidRDefault="00000000">
            <w:pPr>
              <w:spacing w:after="0" w:line="240" w:lineRule="auto"/>
            </w:pPr>
            <w:sdt>
              <w:sdtPr>
                <w:alias w:val="Student name"/>
                <w:tag w:val="Student name"/>
                <w:id w:val="262"/>
                <w:text/>
              </w:sdtPr>
              <w:sdtContent>
                <w:r>
                  <w:t xml:space="preserve">                     </w:t>
                </w:r>
              </w:sdtContent>
            </w:sdt>
          </w:p>
        </w:tc>
        <w:tc>
          <w:tcPr>
            <w:tcW w:w="3061"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17B12322" w14:textId="77777777" w:rsidR="00C32754" w:rsidRDefault="00000000">
            <w:pPr>
              <w:spacing w:after="40" w:line="240" w:lineRule="auto"/>
            </w:pPr>
            <w:r>
              <w:rPr>
                <w:b/>
                <w:color w:val="283E65"/>
                <w:sz w:val="18"/>
              </w:rPr>
              <w:t>Class / room</w:t>
            </w:r>
          </w:p>
          <w:p w14:paraId="019D950A" w14:textId="77777777" w:rsidR="00C32754" w:rsidRDefault="00000000">
            <w:pPr>
              <w:spacing w:after="0" w:line="240" w:lineRule="auto"/>
            </w:pPr>
            <w:sdt>
              <w:sdtPr>
                <w:alias w:val="Class / room"/>
                <w:tag w:val="Class / room"/>
                <w:id w:val="263"/>
                <w:text/>
              </w:sdtPr>
              <w:sdtContent>
                <w:r>
                  <w:t xml:space="preserve">                     </w:t>
                </w:r>
              </w:sdtContent>
            </w:sdt>
          </w:p>
        </w:tc>
      </w:tr>
    </w:tbl>
    <w:p w14:paraId="51194CC2" w14:textId="77777777" w:rsidR="00C32754" w:rsidRDefault="00C32754">
      <w:pPr>
        <w:spacing w:after="60" w:line="40" w:lineRule="exact"/>
      </w:pPr>
    </w:p>
    <w:tbl>
      <w:tblPr>
        <w:tblW w:w="0" w:type="auto"/>
        <w:jc w:val="center"/>
        <w:tblLayout w:type="fixed"/>
        <w:tblLook w:val="04A0" w:firstRow="1" w:lastRow="0" w:firstColumn="1" w:lastColumn="0" w:noHBand="0" w:noVBand="1"/>
      </w:tblPr>
      <w:tblGrid>
        <w:gridCol w:w="6803"/>
        <w:gridCol w:w="3061"/>
      </w:tblGrid>
      <w:tr w:rsidR="00C32754" w14:paraId="7033C45A" w14:textId="77777777">
        <w:trPr>
          <w:cantSplit/>
          <w:trHeight w:val="567"/>
          <w:jc w:val="center"/>
        </w:trPr>
        <w:tc>
          <w:tcPr>
            <w:tcW w:w="6803"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52A29684" w14:textId="77777777" w:rsidR="00C32754" w:rsidRDefault="00000000">
            <w:pPr>
              <w:spacing w:after="40" w:line="240" w:lineRule="auto"/>
            </w:pPr>
            <w:r>
              <w:rPr>
                <w:b/>
                <w:color w:val="283E65"/>
                <w:sz w:val="18"/>
              </w:rPr>
              <w:t>Student signature</w:t>
            </w:r>
          </w:p>
          <w:p w14:paraId="427514A1" w14:textId="77777777" w:rsidR="00C32754" w:rsidRDefault="00000000">
            <w:pPr>
              <w:spacing w:after="0" w:line="240" w:lineRule="auto"/>
            </w:pPr>
            <w:sdt>
              <w:sdtPr>
                <w:alias w:val="Student signature"/>
                <w:tag w:val="Student signature"/>
                <w:id w:val="264"/>
                <w:text/>
              </w:sdtPr>
              <w:sdtContent>
                <w:r>
                  <w:t xml:space="preserve">                     </w:t>
                </w:r>
              </w:sdtContent>
            </w:sdt>
          </w:p>
        </w:tc>
        <w:tc>
          <w:tcPr>
            <w:tcW w:w="3061"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20A533B1" w14:textId="77777777" w:rsidR="00C32754" w:rsidRDefault="00000000">
            <w:pPr>
              <w:spacing w:after="40" w:line="240" w:lineRule="auto"/>
            </w:pPr>
            <w:r>
              <w:rPr>
                <w:b/>
                <w:color w:val="283E65"/>
                <w:sz w:val="18"/>
              </w:rPr>
              <w:t>Date</w:t>
            </w:r>
          </w:p>
          <w:p w14:paraId="7CBCC08C" w14:textId="77777777" w:rsidR="00C32754" w:rsidRDefault="00000000">
            <w:pPr>
              <w:spacing w:after="0" w:line="240" w:lineRule="auto"/>
            </w:pPr>
            <w:sdt>
              <w:sdtPr>
                <w:alias w:val="Date"/>
                <w:tag w:val="Date"/>
                <w:id w:val="265"/>
                <w:text/>
              </w:sdtPr>
              <w:sdtContent>
                <w:r>
                  <w:t xml:space="preserve">                     </w:t>
                </w:r>
              </w:sdtContent>
            </w:sdt>
          </w:p>
        </w:tc>
      </w:tr>
    </w:tbl>
    <w:p w14:paraId="0D009687" w14:textId="77777777" w:rsidR="00C32754" w:rsidRDefault="00C32754">
      <w:pPr>
        <w:spacing w:after="60" w:line="40" w:lineRule="exact"/>
      </w:pPr>
    </w:p>
    <w:p w14:paraId="6A9B66D2" w14:textId="77777777" w:rsidR="00C32754" w:rsidRDefault="00000000">
      <w:pPr>
        <w:pStyle w:val="Heading2"/>
      </w:pPr>
      <w:r>
        <w:t>Parent / legal guardian / caregiver agreement</w:t>
      </w:r>
    </w:p>
    <w:p w14:paraId="66C485D1" w14:textId="77777777" w:rsidR="00C32754" w:rsidRDefault="00000000">
      <w:r>
        <w:rPr>
          <w:sz w:val="20"/>
        </w:rPr>
        <w:t xml:space="preserve">I have read this agreement and understand the school’s efforts to maintain a cybersafe learning environment and the responsibilities involved. I will discuss the rules with my child, ensure we both sign and return the agreement, and support the school’s </w:t>
      </w:r>
      <w:proofErr w:type="spellStart"/>
      <w:r>
        <w:rPr>
          <w:sz w:val="20"/>
        </w:rPr>
        <w:t>cybersafety</w:t>
      </w:r>
      <w:proofErr w:type="spellEnd"/>
      <w:r>
        <w:rPr>
          <w:sz w:val="20"/>
        </w:rPr>
        <w:t xml:space="preserve"> programme.</w:t>
      </w:r>
    </w:p>
    <w:p w14:paraId="1C4E829D" w14:textId="77777777" w:rsidR="00C32754" w:rsidRDefault="00000000">
      <w:r>
        <w:rPr>
          <w:sz w:val="20"/>
        </w:rPr>
        <w:t xml:space="preserve">I will encourage my child to follow the rules and ask their teacher if they are unsure about ICT use. I may contact the Principal or School </w:t>
      </w:r>
      <w:proofErr w:type="spellStart"/>
      <w:r>
        <w:rPr>
          <w:sz w:val="20"/>
        </w:rPr>
        <w:t>Cybersafety</w:t>
      </w:r>
      <w:proofErr w:type="spellEnd"/>
      <w:r>
        <w:rPr>
          <w:sz w:val="20"/>
        </w:rPr>
        <w:t xml:space="preserve"> Manager at any time to discuss this agreement or ask questions.</w:t>
      </w:r>
    </w:p>
    <w:tbl>
      <w:tblPr>
        <w:tblW w:w="0" w:type="auto"/>
        <w:jc w:val="center"/>
        <w:tblLayout w:type="fixed"/>
        <w:tblLook w:val="04A0" w:firstRow="1" w:lastRow="0" w:firstColumn="1" w:lastColumn="0" w:noHBand="0" w:noVBand="1"/>
      </w:tblPr>
      <w:tblGrid>
        <w:gridCol w:w="6236"/>
        <w:gridCol w:w="3628"/>
      </w:tblGrid>
      <w:tr w:rsidR="00C32754" w14:paraId="5605C929" w14:textId="77777777">
        <w:trPr>
          <w:cantSplit/>
          <w:trHeight w:val="510"/>
          <w:jc w:val="center"/>
        </w:trPr>
        <w:tc>
          <w:tcPr>
            <w:tcW w:w="6236"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0AF572CB" w14:textId="77777777" w:rsidR="00C32754" w:rsidRDefault="00000000">
            <w:pPr>
              <w:spacing w:after="40" w:line="240" w:lineRule="auto"/>
            </w:pPr>
            <w:r>
              <w:rPr>
                <w:b/>
                <w:color w:val="283E65"/>
                <w:sz w:val="18"/>
              </w:rPr>
              <w:t>Parent / legal guardian / caregiver name</w:t>
            </w:r>
          </w:p>
          <w:p w14:paraId="05417A3D" w14:textId="77777777" w:rsidR="00C32754" w:rsidRDefault="00000000">
            <w:pPr>
              <w:spacing w:after="0" w:line="240" w:lineRule="auto"/>
            </w:pPr>
            <w:sdt>
              <w:sdtPr>
                <w:alias w:val="Parent / legal guardian / caregiver name"/>
                <w:tag w:val="Parent / legal guardian / caregiver name"/>
                <w:id w:val="266"/>
                <w:text/>
              </w:sdtPr>
              <w:sdtContent>
                <w:r>
                  <w:t xml:space="preserve">                     </w:t>
                </w:r>
              </w:sdtContent>
            </w:sdt>
          </w:p>
        </w:tc>
        <w:tc>
          <w:tcPr>
            <w:tcW w:w="3628"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3BFB3B3F" w14:textId="77777777" w:rsidR="00C32754" w:rsidRDefault="00000000">
            <w:pPr>
              <w:spacing w:after="40" w:line="240" w:lineRule="auto"/>
            </w:pPr>
            <w:r>
              <w:rPr>
                <w:b/>
                <w:color w:val="283E65"/>
                <w:sz w:val="18"/>
              </w:rPr>
              <w:t xml:space="preserve">Relationship </w:t>
            </w:r>
            <w:proofErr w:type="gramStart"/>
            <w:r>
              <w:rPr>
                <w:b/>
                <w:color w:val="283E65"/>
                <w:sz w:val="18"/>
              </w:rPr>
              <w:t>to</w:t>
            </w:r>
            <w:proofErr w:type="gramEnd"/>
            <w:r>
              <w:rPr>
                <w:b/>
                <w:color w:val="283E65"/>
                <w:sz w:val="18"/>
              </w:rPr>
              <w:t xml:space="preserve"> </w:t>
            </w:r>
            <w:proofErr w:type="gramStart"/>
            <w:r>
              <w:rPr>
                <w:b/>
                <w:color w:val="283E65"/>
                <w:sz w:val="18"/>
              </w:rPr>
              <w:t>child</w:t>
            </w:r>
            <w:proofErr w:type="gramEnd"/>
          </w:p>
          <w:p w14:paraId="301CA57F" w14:textId="77777777" w:rsidR="00C32754" w:rsidRDefault="00000000">
            <w:pPr>
              <w:spacing w:after="0" w:line="240" w:lineRule="auto"/>
            </w:pPr>
            <w:sdt>
              <w:sdtPr>
                <w:alias w:val="Relationship to child"/>
                <w:tag w:val="Relationship to child"/>
                <w:id w:val="267"/>
                <w:text/>
              </w:sdtPr>
              <w:sdtContent>
                <w:r>
                  <w:t xml:space="preserve">                     </w:t>
                </w:r>
              </w:sdtContent>
            </w:sdt>
          </w:p>
        </w:tc>
      </w:tr>
    </w:tbl>
    <w:p w14:paraId="3703036F" w14:textId="77777777" w:rsidR="00C32754" w:rsidRDefault="00C32754">
      <w:pPr>
        <w:spacing w:after="60" w:line="40" w:lineRule="exact"/>
      </w:pPr>
    </w:p>
    <w:tbl>
      <w:tblPr>
        <w:tblW w:w="0" w:type="auto"/>
        <w:jc w:val="center"/>
        <w:tblLayout w:type="fixed"/>
        <w:tblLook w:val="04A0" w:firstRow="1" w:lastRow="0" w:firstColumn="1" w:lastColumn="0" w:noHBand="0" w:noVBand="1"/>
      </w:tblPr>
      <w:tblGrid>
        <w:gridCol w:w="6803"/>
        <w:gridCol w:w="3061"/>
      </w:tblGrid>
      <w:tr w:rsidR="00C32754" w14:paraId="26136E6D" w14:textId="77777777">
        <w:trPr>
          <w:cantSplit/>
          <w:trHeight w:val="567"/>
          <w:jc w:val="center"/>
        </w:trPr>
        <w:tc>
          <w:tcPr>
            <w:tcW w:w="6803"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09A7957D" w14:textId="77777777" w:rsidR="00C32754" w:rsidRDefault="00000000">
            <w:pPr>
              <w:spacing w:after="40" w:line="240" w:lineRule="auto"/>
            </w:pPr>
            <w:r>
              <w:rPr>
                <w:b/>
                <w:color w:val="283E65"/>
                <w:sz w:val="18"/>
              </w:rPr>
              <w:t>Parent / legal guardian / caregiver signature</w:t>
            </w:r>
          </w:p>
          <w:p w14:paraId="7D1E9FEB" w14:textId="77777777" w:rsidR="00C32754" w:rsidRDefault="00000000">
            <w:pPr>
              <w:spacing w:after="0" w:line="240" w:lineRule="auto"/>
            </w:pPr>
            <w:sdt>
              <w:sdtPr>
                <w:alias w:val="Parent / legal guardian / caregiver signature"/>
                <w:tag w:val="Parent / legal guardian / caregiver signature"/>
                <w:id w:val="268"/>
                <w:text/>
              </w:sdtPr>
              <w:sdtContent>
                <w:r>
                  <w:t xml:space="preserve">                     </w:t>
                </w:r>
              </w:sdtContent>
            </w:sdt>
          </w:p>
        </w:tc>
        <w:tc>
          <w:tcPr>
            <w:tcW w:w="3061"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1AE9ED77" w14:textId="77777777" w:rsidR="00C32754" w:rsidRDefault="00000000">
            <w:pPr>
              <w:spacing w:after="40" w:line="240" w:lineRule="auto"/>
            </w:pPr>
            <w:r>
              <w:rPr>
                <w:b/>
                <w:color w:val="283E65"/>
                <w:sz w:val="18"/>
              </w:rPr>
              <w:t>Date</w:t>
            </w:r>
          </w:p>
          <w:p w14:paraId="1B47A1B5" w14:textId="77777777" w:rsidR="00C32754" w:rsidRDefault="00000000">
            <w:pPr>
              <w:spacing w:after="0" w:line="240" w:lineRule="auto"/>
            </w:pPr>
            <w:sdt>
              <w:sdtPr>
                <w:alias w:val="Date"/>
                <w:tag w:val="Date"/>
                <w:id w:val="269"/>
                <w:text/>
              </w:sdtPr>
              <w:sdtContent>
                <w:r>
                  <w:t xml:space="preserve">                     </w:t>
                </w:r>
              </w:sdtContent>
            </w:sdt>
          </w:p>
        </w:tc>
      </w:tr>
    </w:tbl>
    <w:p w14:paraId="528024FC" w14:textId="77777777" w:rsidR="00C32754" w:rsidRDefault="00C32754">
      <w:pPr>
        <w:spacing w:after="60" w:line="40" w:lineRule="exact"/>
      </w:pPr>
    </w:p>
    <w:p w14:paraId="1917CC23" w14:textId="7CBD90FB" w:rsidR="00C32754" w:rsidRDefault="00000000">
      <w:pPr>
        <w:pageBreakBefore/>
        <w:spacing w:after="100"/>
      </w:pPr>
      <w:proofErr w:type="gramStart"/>
      <w:r>
        <w:rPr>
          <w:b/>
          <w:color w:val="087B83"/>
          <w:sz w:val="16"/>
        </w:rPr>
        <w:lastRenderedPageBreak/>
        <w:t>0</w:t>
      </w:r>
      <w:r w:rsidR="00243451">
        <w:rPr>
          <w:b/>
          <w:color w:val="087B83"/>
          <w:sz w:val="16"/>
        </w:rPr>
        <w:t>8</w:t>
      </w:r>
      <w:r>
        <w:rPr>
          <w:b/>
          <w:color w:val="087B83"/>
          <w:sz w:val="16"/>
        </w:rPr>
        <w:t xml:space="preserve">  /</w:t>
      </w:r>
      <w:proofErr w:type="gramEnd"/>
      <w:r>
        <w:rPr>
          <w:b/>
          <w:color w:val="087B83"/>
          <w:sz w:val="16"/>
        </w:rPr>
        <w:t xml:space="preserve">  CONSENTS &amp; AGREEMENTS</w:t>
      </w:r>
    </w:p>
    <w:p w14:paraId="40FF2678" w14:textId="77777777" w:rsidR="00C32754" w:rsidRDefault="00000000">
      <w:pPr>
        <w:pStyle w:val="Heading1"/>
      </w:pPr>
      <w:r>
        <w:t>Local visits &amp; special activities</w:t>
      </w:r>
    </w:p>
    <w:p w14:paraId="17739593" w14:textId="77777777" w:rsidR="00C32754" w:rsidRDefault="00000000">
      <w:pPr>
        <w:spacing w:after="160"/>
      </w:pPr>
      <w:r>
        <w:t>Please read this permission carefully. It applies only to the school year recorded below.</w:t>
      </w:r>
    </w:p>
    <w:p w14:paraId="483DE2EC" w14:textId="77777777" w:rsidR="00C32754" w:rsidRDefault="00000000">
      <w:pPr>
        <w:pStyle w:val="Heading2"/>
      </w:pPr>
      <w:r>
        <w:t>What this permission covers</w:t>
      </w:r>
    </w:p>
    <w:p w14:paraId="09374C42" w14:textId="77777777" w:rsidR="00C32754" w:rsidRDefault="00000000">
      <w:r>
        <w:t xml:space="preserve">During the year, children may take part in local out-of-school visits or special activities at school. Examples include school sports trips, visits to community venues, walking-distance visits to the community </w:t>
      </w:r>
      <w:proofErr w:type="spellStart"/>
      <w:r>
        <w:t>centre</w:t>
      </w:r>
      <w:proofErr w:type="spellEnd"/>
      <w:r>
        <w:t xml:space="preserve">, town pool or recycling </w:t>
      </w:r>
      <w:proofErr w:type="spellStart"/>
      <w:r>
        <w:t>centre</w:t>
      </w:r>
      <w:proofErr w:type="spellEnd"/>
      <w:r>
        <w:t>, and special activities such as a water slide.</w:t>
      </w:r>
    </w:p>
    <w:p w14:paraId="29752F42" w14:textId="77777777" w:rsidR="00C32754" w:rsidRDefault="00000000">
      <w:r>
        <w:t xml:space="preserve">These events will be included in the school </w:t>
      </w:r>
      <w:proofErr w:type="gramStart"/>
      <w:r>
        <w:t>newsletter</w:t>
      </w:r>
      <w:proofErr w:type="gramEnd"/>
      <w:r>
        <w:t xml:space="preserve"> so you know about them. Any event involving significant travel and / or risk will have a separate permission form that must be signed before your child can participate.</w:t>
      </w:r>
    </w:p>
    <w:tbl>
      <w:tblPr>
        <w:tblW w:w="0" w:type="auto"/>
        <w:jc w:val="center"/>
        <w:tblLook w:val="04A0" w:firstRow="1" w:lastRow="0" w:firstColumn="1" w:lastColumn="0" w:noHBand="0" w:noVBand="1"/>
      </w:tblPr>
      <w:tblGrid>
        <w:gridCol w:w="9866"/>
      </w:tblGrid>
      <w:tr w:rsidR="00C32754" w14:paraId="71FB6D12" w14:textId="77777777">
        <w:trPr>
          <w:jc w:val="center"/>
        </w:trPr>
        <w:tc>
          <w:tcPr>
            <w:tcW w:w="9866" w:type="dxa"/>
            <w:shd w:val="clear" w:color="auto" w:fill="F0F6F7"/>
            <w:tcMar>
              <w:top w:w="140" w:type="dxa"/>
              <w:left w:w="100" w:type="dxa"/>
              <w:bottom w:w="140" w:type="dxa"/>
              <w:right w:w="100" w:type="dxa"/>
            </w:tcMar>
          </w:tcPr>
          <w:p w14:paraId="0FA2C20F" w14:textId="77777777" w:rsidR="00C32754" w:rsidRDefault="00000000">
            <w:pPr>
              <w:spacing w:before="40" w:after="40"/>
            </w:pPr>
            <w:r>
              <w:rPr>
                <w:color w:val="283E65"/>
                <w:sz w:val="20"/>
              </w:rPr>
              <w:t>The school must have signed permission on file. Verbal confirmation cannot be accepted. Without a signed permission form, your child cannot take part in these local visits or special activities.</w:t>
            </w:r>
          </w:p>
        </w:tc>
      </w:tr>
    </w:tbl>
    <w:p w14:paraId="55945183" w14:textId="77777777" w:rsidR="00C32754" w:rsidRDefault="00C32754">
      <w:pPr>
        <w:spacing w:after="80" w:line="40" w:lineRule="exact"/>
      </w:pPr>
    </w:p>
    <w:p w14:paraId="3607DFBD" w14:textId="77777777" w:rsidR="00C32754" w:rsidRDefault="00000000">
      <w:pPr>
        <w:pStyle w:val="Heading2"/>
      </w:pPr>
      <w:r>
        <w:t>Your permission</w:t>
      </w:r>
    </w:p>
    <w:tbl>
      <w:tblPr>
        <w:tblW w:w="0" w:type="auto"/>
        <w:jc w:val="center"/>
        <w:tblLayout w:type="fixed"/>
        <w:tblLook w:val="04A0" w:firstRow="1" w:lastRow="0" w:firstColumn="1" w:lastColumn="0" w:noHBand="0" w:noVBand="1"/>
      </w:tblPr>
      <w:tblGrid>
        <w:gridCol w:w="6803"/>
        <w:gridCol w:w="3061"/>
      </w:tblGrid>
      <w:tr w:rsidR="00C32754" w14:paraId="4BCC99B1" w14:textId="77777777">
        <w:trPr>
          <w:cantSplit/>
          <w:trHeight w:val="624"/>
          <w:jc w:val="center"/>
        </w:trPr>
        <w:tc>
          <w:tcPr>
            <w:tcW w:w="6803"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671F24A2" w14:textId="77777777" w:rsidR="00C32754" w:rsidRDefault="00000000">
            <w:pPr>
              <w:spacing w:after="40" w:line="240" w:lineRule="auto"/>
            </w:pPr>
            <w:r>
              <w:rPr>
                <w:b/>
                <w:color w:val="283E65"/>
                <w:sz w:val="18"/>
              </w:rPr>
              <w:t>Child’s full name</w:t>
            </w:r>
          </w:p>
          <w:p w14:paraId="30CD45ED" w14:textId="77777777" w:rsidR="00C32754" w:rsidRDefault="00000000">
            <w:pPr>
              <w:spacing w:after="0" w:line="240" w:lineRule="auto"/>
            </w:pPr>
            <w:sdt>
              <w:sdtPr>
                <w:alias w:val="Child’s full name"/>
                <w:tag w:val="Child’s full name"/>
                <w:id w:val="270"/>
                <w:text/>
              </w:sdtPr>
              <w:sdtContent>
                <w:r>
                  <w:t xml:space="preserve">                     </w:t>
                </w:r>
              </w:sdtContent>
            </w:sdt>
          </w:p>
        </w:tc>
        <w:tc>
          <w:tcPr>
            <w:tcW w:w="3061"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4E005E3A" w14:textId="77777777" w:rsidR="00C32754" w:rsidRDefault="00000000">
            <w:pPr>
              <w:spacing w:after="40" w:line="240" w:lineRule="auto"/>
            </w:pPr>
            <w:r>
              <w:rPr>
                <w:b/>
                <w:color w:val="283E65"/>
                <w:sz w:val="18"/>
              </w:rPr>
              <w:t>Class / room</w:t>
            </w:r>
          </w:p>
          <w:p w14:paraId="7F2BBBB2" w14:textId="77777777" w:rsidR="00C32754" w:rsidRDefault="00000000">
            <w:pPr>
              <w:spacing w:after="0" w:line="240" w:lineRule="auto"/>
            </w:pPr>
            <w:sdt>
              <w:sdtPr>
                <w:alias w:val="Class / room"/>
                <w:tag w:val="Class / room"/>
                <w:id w:val="271"/>
                <w:text/>
              </w:sdtPr>
              <w:sdtContent>
                <w:r>
                  <w:t xml:space="preserve">                     </w:t>
                </w:r>
              </w:sdtContent>
            </w:sdt>
          </w:p>
        </w:tc>
      </w:tr>
    </w:tbl>
    <w:p w14:paraId="0331093A" w14:textId="77777777" w:rsidR="00C32754" w:rsidRDefault="00C32754">
      <w:pPr>
        <w:spacing w:after="60" w:line="40" w:lineRule="exact"/>
      </w:pPr>
    </w:p>
    <w:tbl>
      <w:tblPr>
        <w:tblW w:w="0" w:type="auto"/>
        <w:jc w:val="center"/>
        <w:tblLayout w:type="fixed"/>
        <w:tblLook w:val="04A0" w:firstRow="1" w:lastRow="0" w:firstColumn="1" w:lastColumn="0" w:noHBand="0" w:noVBand="1"/>
      </w:tblPr>
      <w:tblGrid>
        <w:gridCol w:w="9865"/>
      </w:tblGrid>
      <w:tr w:rsidR="00C32754" w14:paraId="563632A3" w14:textId="77777777">
        <w:trPr>
          <w:cantSplit/>
          <w:trHeight w:val="624"/>
          <w:jc w:val="center"/>
        </w:trPr>
        <w:tc>
          <w:tcPr>
            <w:tcW w:w="9865"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0B3B9518" w14:textId="77777777" w:rsidR="00C32754" w:rsidRDefault="00000000">
            <w:pPr>
              <w:spacing w:after="40" w:line="240" w:lineRule="auto"/>
            </w:pPr>
            <w:r>
              <w:rPr>
                <w:b/>
                <w:color w:val="283E65"/>
                <w:sz w:val="18"/>
              </w:rPr>
              <w:t>School year this permission applies to</w:t>
            </w:r>
          </w:p>
          <w:p w14:paraId="07D374D8" w14:textId="77777777" w:rsidR="00C32754" w:rsidRDefault="00000000">
            <w:pPr>
              <w:spacing w:after="0" w:line="240" w:lineRule="auto"/>
            </w:pPr>
            <w:sdt>
              <w:sdtPr>
                <w:alias w:val="School year this permission applies to"/>
                <w:tag w:val="School year this permission applies to"/>
                <w:id w:val="272"/>
                <w:text/>
              </w:sdtPr>
              <w:sdtContent>
                <w:r>
                  <w:t xml:space="preserve">                     </w:t>
                </w:r>
              </w:sdtContent>
            </w:sdt>
          </w:p>
        </w:tc>
      </w:tr>
    </w:tbl>
    <w:p w14:paraId="7841804A" w14:textId="77777777" w:rsidR="00C32754" w:rsidRDefault="00C32754">
      <w:pPr>
        <w:spacing w:after="60" w:line="40" w:lineRule="exact"/>
      </w:pPr>
    </w:p>
    <w:p w14:paraId="03E39178" w14:textId="77777777" w:rsidR="00C32754" w:rsidRDefault="00000000">
      <w:pPr>
        <w:spacing w:after="60"/>
      </w:pPr>
      <w:r>
        <w:rPr>
          <w:b/>
        </w:rPr>
        <w:t>Please tick one choice.</w:t>
      </w:r>
    </w:p>
    <w:p w14:paraId="4C50625D" w14:textId="77777777" w:rsidR="00C32754" w:rsidRDefault="00000000">
      <w:sdt>
        <w:sdtPr>
          <w:alias w:val="I give permission"/>
          <w:id w:val="273"/>
          <w14:checkbox>
            <w14:checked w14:val="0"/>
            <w14:checkedState w14:val="2612" w14:font="DejaVu Sans"/>
            <w14:uncheckedState w14:val="2610" w14:font="DejaVu Sans"/>
          </w14:checkbox>
        </w:sdtPr>
        <w:sdtContent>
          <w:r>
            <w:rPr>
              <w:rFonts w:ascii="DejaVu Sans" w:hAnsi="DejaVu Sans"/>
              <w:sz w:val="22"/>
            </w:rPr>
            <w:t>☐</w:t>
          </w:r>
        </w:sdtContent>
      </w:sdt>
      <w:r>
        <w:t xml:space="preserve"> I give permission   </w:t>
      </w:r>
      <w:sdt>
        <w:sdtPr>
          <w:alias w:val="I do not give permission"/>
          <w:id w:val="274"/>
          <w14:checkbox>
            <w14:checked w14:val="0"/>
            <w14:checkedState w14:val="2612" w14:font="DejaVu Sans"/>
            <w14:uncheckedState w14:val="2610" w14:font="DejaVu Sans"/>
          </w14:checkbox>
        </w:sdtPr>
        <w:sdtContent>
          <w:r>
            <w:rPr>
              <w:rFonts w:ascii="DejaVu Sans" w:hAnsi="DejaVu Sans"/>
              <w:sz w:val="22"/>
            </w:rPr>
            <w:t>☐</w:t>
          </w:r>
        </w:sdtContent>
      </w:sdt>
      <w:r>
        <w:t xml:space="preserve"> I do not give permission   </w:t>
      </w:r>
    </w:p>
    <w:p w14:paraId="42DA6559" w14:textId="77777777" w:rsidR="00C32754" w:rsidRDefault="00000000">
      <w:r>
        <w:t xml:space="preserve">If I give permission, I </w:t>
      </w:r>
      <w:proofErr w:type="spellStart"/>
      <w:r>
        <w:t>authorise</w:t>
      </w:r>
      <w:proofErr w:type="spellEnd"/>
      <w:r>
        <w:t xml:space="preserve"> my child to participate in </w:t>
      </w:r>
      <w:proofErr w:type="spellStart"/>
      <w:r>
        <w:t>localised</w:t>
      </w:r>
      <w:proofErr w:type="spellEnd"/>
      <w:r>
        <w:t xml:space="preserve"> out-of-school activities or special activities planned by the school during the school year written above. I understand that without signed permission my child will be unable to participate.</w:t>
      </w:r>
    </w:p>
    <w:tbl>
      <w:tblPr>
        <w:tblW w:w="0" w:type="auto"/>
        <w:jc w:val="center"/>
        <w:tblLayout w:type="fixed"/>
        <w:tblLook w:val="04A0" w:firstRow="1" w:lastRow="0" w:firstColumn="1" w:lastColumn="0" w:noHBand="0" w:noVBand="1"/>
      </w:tblPr>
      <w:tblGrid>
        <w:gridCol w:w="9865"/>
      </w:tblGrid>
      <w:tr w:rsidR="00C32754" w14:paraId="2B016264" w14:textId="77777777">
        <w:trPr>
          <w:cantSplit/>
          <w:trHeight w:val="556"/>
          <w:jc w:val="center"/>
        </w:trPr>
        <w:tc>
          <w:tcPr>
            <w:tcW w:w="9865"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4F6EDFD2" w14:textId="77777777" w:rsidR="00C32754" w:rsidRDefault="00000000">
            <w:pPr>
              <w:spacing w:after="40" w:line="240" w:lineRule="auto"/>
            </w:pPr>
            <w:r>
              <w:rPr>
                <w:b/>
                <w:color w:val="283E65"/>
                <w:sz w:val="18"/>
              </w:rPr>
              <w:t>Parent / caregiver full name</w:t>
            </w:r>
          </w:p>
          <w:p w14:paraId="6B8D68FB" w14:textId="77777777" w:rsidR="00C32754" w:rsidRDefault="00000000">
            <w:pPr>
              <w:spacing w:after="0" w:line="240" w:lineRule="auto"/>
            </w:pPr>
            <w:sdt>
              <w:sdtPr>
                <w:alias w:val="Parent / caregiver full name"/>
                <w:tag w:val="Parent / caregiver full name"/>
                <w:id w:val="275"/>
                <w:text/>
              </w:sdtPr>
              <w:sdtContent>
                <w:r>
                  <w:t xml:space="preserve">                     </w:t>
                </w:r>
              </w:sdtContent>
            </w:sdt>
          </w:p>
        </w:tc>
      </w:tr>
    </w:tbl>
    <w:p w14:paraId="6F285DE2" w14:textId="77777777" w:rsidR="00C32754" w:rsidRDefault="00C32754">
      <w:pPr>
        <w:spacing w:after="60" w:line="40" w:lineRule="exact"/>
      </w:pPr>
    </w:p>
    <w:tbl>
      <w:tblPr>
        <w:tblW w:w="0" w:type="auto"/>
        <w:jc w:val="center"/>
        <w:tblLayout w:type="fixed"/>
        <w:tblLook w:val="04A0" w:firstRow="1" w:lastRow="0" w:firstColumn="1" w:lastColumn="0" w:noHBand="0" w:noVBand="1"/>
      </w:tblPr>
      <w:tblGrid>
        <w:gridCol w:w="6803"/>
        <w:gridCol w:w="3061"/>
      </w:tblGrid>
      <w:tr w:rsidR="00C32754" w14:paraId="13CCA617" w14:textId="77777777">
        <w:trPr>
          <w:cantSplit/>
          <w:trHeight w:val="794"/>
          <w:jc w:val="center"/>
        </w:trPr>
        <w:tc>
          <w:tcPr>
            <w:tcW w:w="6803"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7AA692D8" w14:textId="77777777" w:rsidR="00C32754" w:rsidRDefault="00000000">
            <w:pPr>
              <w:spacing w:after="40" w:line="240" w:lineRule="auto"/>
            </w:pPr>
            <w:r>
              <w:rPr>
                <w:b/>
                <w:color w:val="283E65"/>
                <w:sz w:val="18"/>
              </w:rPr>
              <w:t>Parent / caregiver signature</w:t>
            </w:r>
          </w:p>
          <w:p w14:paraId="635C7076" w14:textId="77777777" w:rsidR="00C32754" w:rsidRDefault="00000000">
            <w:pPr>
              <w:spacing w:after="0" w:line="240" w:lineRule="auto"/>
            </w:pPr>
            <w:sdt>
              <w:sdtPr>
                <w:alias w:val="Parent / caregiver signature"/>
                <w:tag w:val="Parent / caregiver signature"/>
                <w:id w:val="276"/>
                <w:text/>
              </w:sdtPr>
              <w:sdtContent>
                <w:r>
                  <w:t xml:space="preserve">                     </w:t>
                </w:r>
              </w:sdtContent>
            </w:sdt>
          </w:p>
        </w:tc>
        <w:tc>
          <w:tcPr>
            <w:tcW w:w="3061"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6C5352C7" w14:textId="77777777" w:rsidR="00C32754" w:rsidRDefault="00000000">
            <w:pPr>
              <w:spacing w:after="40" w:line="240" w:lineRule="auto"/>
            </w:pPr>
            <w:r>
              <w:rPr>
                <w:b/>
                <w:color w:val="283E65"/>
                <w:sz w:val="18"/>
              </w:rPr>
              <w:t>Date (DD / MM / YYYY)</w:t>
            </w:r>
          </w:p>
          <w:p w14:paraId="539B9C6B" w14:textId="77777777" w:rsidR="00C32754" w:rsidRDefault="00000000">
            <w:pPr>
              <w:spacing w:after="0" w:line="240" w:lineRule="auto"/>
            </w:pPr>
            <w:sdt>
              <w:sdtPr>
                <w:alias w:val="Date (DD / MM / YYYY)"/>
                <w:tag w:val="Date (DD / MM / YYYY)"/>
                <w:id w:val="277"/>
                <w:text/>
              </w:sdtPr>
              <w:sdtContent>
                <w:r>
                  <w:t xml:space="preserve">                     </w:t>
                </w:r>
              </w:sdtContent>
            </w:sdt>
          </w:p>
        </w:tc>
      </w:tr>
    </w:tbl>
    <w:p w14:paraId="2D0C8571" w14:textId="77777777" w:rsidR="00C32754" w:rsidRDefault="00C32754">
      <w:pPr>
        <w:spacing w:after="60" w:line="40" w:lineRule="exact"/>
      </w:pPr>
    </w:p>
    <w:p w14:paraId="546805A9" w14:textId="77777777" w:rsidR="00C32754" w:rsidRDefault="00000000">
      <w:pPr>
        <w:pStyle w:val="Heading2"/>
      </w:pPr>
      <w:r>
        <w:t>Information to discuss with the school</w:t>
      </w:r>
    </w:p>
    <w:tbl>
      <w:tblPr>
        <w:tblW w:w="0" w:type="auto"/>
        <w:jc w:val="center"/>
        <w:tblLayout w:type="fixed"/>
        <w:tblLook w:val="04A0" w:firstRow="1" w:lastRow="0" w:firstColumn="1" w:lastColumn="0" w:noHBand="0" w:noVBand="1"/>
      </w:tblPr>
      <w:tblGrid>
        <w:gridCol w:w="9865"/>
      </w:tblGrid>
      <w:tr w:rsidR="00C32754" w14:paraId="5CDF464E" w14:textId="77777777">
        <w:trPr>
          <w:cantSplit/>
          <w:trHeight w:val="1361"/>
          <w:jc w:val="center"/>
        </w:trPr>
        <w:tc>
          <w:tcPr>
            <w:tcW w:w="9865"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35ADF46B" w14:textId="77777777" w:rsidR="00C32754" w:rsidRDefault="00000000">
            <w:pPr>
              <w:spacing w:after="40" w:line="240" w:lineRule="auto"/>
            </w:pPr>
            <w:r>
              <w:rPr>
                <w:b/>
                <w:color w:val="283E65"/>
                <w:sz w:val="18"/>
              </w:rPr>
              <w:t>Any questions, relevant needs or information about participation</w:t>
            </w:r>
          </w:p>
          <w:p w14:paraId="6D868668" w14:textId="77777777" w:rsidR="00C32754" w:rsidRDefault="00000000">
            <w:pPr>
              <w:spacing w:after="0" w:line="240" w:lineRule="auto"/>
            </w:pPr>
            <w:sdt>
              <w:sdtPr>
                <w:alias w:val="Any questions, relevant needs or information about participation"/>
                <w:tag w:val="Any questions, relevant needs or information about participation"/>
                <w:id w:val="278"/>
                <w:text/>
              </w:sdtPr>
              <w:sdtContent>
                <w:r>
                  <w:t xml:space="preserve">                     </w:t>
                </w:r>
              </w:sdtContent>
            </w:sdt>
          </w:p>
        </w:tc>
      </w:tr>
    </w:tbl>
    <w:p w14:paraId="7C99085B" w14:textId="77777777" w:rsidR="00C32754" w:rsidRDefault="00C32754">
      <w:pPr>
        <w:spacing w:after="60" w:line="40" w:lineRule="exact"/>
      </w:pPr>
    </w:p>
    <w:p w14:paraId="15E28C17" w14:textId="77777777" w:rsidR="00C32754" w:rsidRDefault="00000000">
      <w:pPr>
        <w:spacing w:after="140"/>
      </w:pPr>
      <w:r>
        <w:rPr>
          <w:sz w:val="19"/>
        </w:rPr>
        <w:t>If you are unsure about a particular activity, contact the school office before completing this permission.</w:t>
      </w:r>
    </w:p>
    <w:p w14:paraId="2F24F9BE" w14:textId="21753B56" w:rsidR="00C32754" w:rsidRDefault="00DC6397">
      <w:pPr>
        <w:pageBreakBefore/>
        <w:spacing w:after="100"/>
      </w:pPr>
      <w:proofErr w:type="gramStart"/>
      <w:r>
        <w:rPr>
          <w:b/>
          <w:color w:val="087B83"/>
          <w:sz w:val="16"/>
        </w:rPr>
        <w:lastRenderedPageBreak/>
        <w:t>09  /</w:t>
      </w:r>
      <w:proofErr w:type="gramEnd"/>
      <w:r>
        <w:rPr>
          <w:b/>
          <w:color w:val="087B83"/>
          <w:sz w:val="16"/>
        </w:rPr>
        <w:t xml:space="preserve">  CONSENTS &amp; AGREEMENTS</w:t>
      </w:r>
    </w:p>
    <w:p w14:paraId="388DA805" w14:textId="77777777" w:rsidR="00C32754" w:rsidRDefault="00000000">
      <w:pPr>
        <w:pStyle w:val="Heading1"/>
      </w:pPr>
      <w:r>
        <w:t>School promotion &amp; media</w:t>
      </w:r>
    </w:p>
    <w:p w14:paraId="2D7391EC" w14:textId="77777777" w:rsidR="00C32754" w:rsidRDefault="00000000">
      <w:pPr>
        <w:spacing w:after="160"/>
      </w:pPr>
      <w:r>
        <w:t>Please record your choice for the school year below. This permission is separate from activities permission.</w:t>
      </w:r>
    </w:p>
    <w:p w14:paraId="45B1D6DD" w14:textId="77777777" w:rsidR="00C32754" w:rsidRDefault="00000000">
      <w:pPr>
        <w:pStyle w:val="Heading2"/>
      </w:pPr>
      <w:r>
        <w:t>How the school shares its learning</w:t>
      </w:r>
    </w:p>
    <w:p w14:paraId="528CA4BD" w14:textId="77777777" w:rsidR="00C32754" w:rsidRDefault="00000000">
      <w:r>
        <w:t>The school sometimes shares what is happening at school to celebrate children’s learning and maintain a positive public profile. The school newsletter is uploaded to the school Facebook page, along with other items about children and staff that are shared with the wider community.</w:t>
      </w:r>
    </w:p>
    <w:p w14:paraId="7898D94C" w14:textId="77777777" w:rsidR="00C32754" w:rsidRDefault="00000000">
      <w:r>
        <w:t xml:space="preserve">School promotion may </w:t>
      </w:r>
      <w:proofErr w:type="gramStart"/>
      <w:r>
        <w:t>include the newsletter</w:t>
      </w:r>
      <w:proofErr w:type="gramEnd"/>
      <w:r>
        <w:t xml:space="preserve">, Facebook, the school </w:t>
      </w:r>
      <w:proofErr w:type="gramStart"/>
      <w:r>
        <w:t>website</w:t>
      </w:r>
      <w:proofErr w:type="gramEnd"/>
      <w:r>
        <w:t>, radio or television. This form covers the whole school year recorded below, so you do not need to sign a separate form for every promotional item.</w:t>
      </w:r>
    </w:p>
    <w:p w14:paraId="1AD5355E" w14:textId="77777777" w:rsidR="00C32754" w:rsidRDefault="00000000">
      <w:pPr>
        <w:pStyle w:val="Heading2"/>
      </w:pPr>
      <w:r>
        <w:t>Your child can still take part</w:t>
      </w:r>
    </w:p>
    <w:p w14:paraId="006D1B43" w14:textId="77777777" w:rsidR="00C32754" w:rsidRDefault="00000000">
      <w:r>
        <w:t>If there is no signed permission form on file, staff will assume you want your child to remain anonymous in media items. Your child may still participate in the school activity, and the school will make every effort to ensure their anonymity.</w:t>
      </w:r>
    </w:p>
    <w:p w14:paraId="74BB9115" w14:textId="77777777" w:rsidR="00C32754" w:rsidRDefault="00000000">
      <w:r>
        <w:t>If your decision changes, contact the school office. If an image of your child appears as part of a school promotional event and you want it removed, contact the office and it will be removed.</w:t>
      </w:r>
    </w:p>
    <w:tbl>
      <w:tblPr>
        <w:tblW w:w="0" w:type="auto"/>
        <w:jc w:val="center"/>
        <w:tblLook w:val="04A0" w:firstRow="1" w:lastRow="0" w:firstColumn="1" w:lastColumn="0" w:noHBand="0" w:noVBand="1"/>
      </w:tblPr>
      <w:tblGrid>
        <w:gridCol w:w="9866"/>
      </w:tblGrid>
      <w:tr w:rsidR="00C32754" w14:paraId="26A9095B" w14:textId="77777777">
        <w:trPr>
          <w:jc w:val="center"/>
        </w:trPr>
        <w:tc>
          <w:tcPr>
            <w:tcW w:w="9866" w:type="dxa"/>
            <w:shd w:val="clear" w:color="auto" w:fill="F0F6F7"/>
            <w:tcMar>
              <w:top w:w="140" w:type="dxa"/>
              <w:left w:w="100" w:type="dxa"/>
              <w:bottom w:w="140" w:type="dxa"/>
              <w:right w:w="100" w:type="dxa"/>
            </w:tcMar>
          </w:tcPr>
          <w:p w14:paraId="5AB9D83A" w14:textId="77777777" w:rsidR="00C32754" w:rsidRDefault="00000000">
            <w:pPr>
              <w:spacing w:before="40" w:after="40"/>
            </w:pPr>
            <w:r>
              <w:rPr>
                <w:color w:val="283E65"/>
                <w:sz w:val="20"/>
              </w:rPr>
              <w:t>A “no” choice does not stop your child taking part in the school activity. It tells the school not to include your child in promotional media items.</w:t>
            </w:r>
          </w:p>
        </w:tc>
      </w:tr>
    </w:tbl>
    <w:p w14:paraId="3DD8AB32" w14:textId="77777777" w:rsidR="00C32754" w:rsidRDefault="00C32754">
      <w:pPr>
        <w:spacing w:after="80" w:line="40" w:lineRule="exact"/>
      </w:pPr>
    </w:p>
    <w:p w14:paraId="3C2C6D6A" w14:textId="77777777" w:rsidR="00C32754" w:rsidRDefault="00000000">
      <w:pPr>
        <w:pStyle w:val="Heading2"/>
      </w:pPr>
      <w:r>
        <w:t>Your choice</w:t>
      </w:r>
    </w:p>
    <w:tbl>
      <w:tblPr>
        <w:tblW w:w="0" w:type="auto"/>
        <w:jc w:val="center"/>
        <w:tblLayout w:type="fixed"/>
        <w:tblLook w:val="04A0" w:firstRow="1" w:lastRow="0" w:firstColumn="1" w:lastColumn="0" w:noHBand="0" w:noVBand="1"/>
      </w:tblPr>
      <w:tblGrid>
        <w:gridCol w:w="6803"/>
        <w:gridCol w:w="3061"/>
      </w:tblGrid>
      <w:tr w:rsidR="00C32754" w14:paraId="2A7768E8" w14:textId="77777777">
        <w:trPr>
          <w:cantSplit/>
          <w:trHeight w:val="624"/>
          <w:jc w:val="center"/>
        </w:trPr>
        <w:tc>
          <w:tcPr>
            <w:tcW w:w="6803"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0F6E4398" w14:textId="77777777" w:rsidR="00C32754" w:rsidRDefault="00000000">
            <w:pPr>
              <w:spacing w:after="40" w:line="240" w:lineRule="auto"/>
            </w:pPr>
            <w:r>
              <w:rPr>
                <w:b/>
                <w:color w:val="283E65"/>
                <w:sz w:val="18"/>
              </w:rPr>
              <w:t>Child’s full name</w:t>
            </w:r>
          </w:p>
          <w:p w14:paraId="1423C7A8" w14:textId="77777777" w:rsidR="00C32754" w:rsidRDefault="00000000">
            <w:pPr>
              <w:spacing w:after="0" w:line="240" w:lineRule="auto"/>
            </w:pPr>
            <w:sdt>
              <w:sdtPr>
                <w:alias w:val="Child’s full name"/>
                <w:tag w:val="Child’s full name"/>
                <w:id w:val="279"/>
                <w:text/>
              </w:sdtPr>
              <w:sdtContent>
                <w:r>
                  <w:t xml:space="preserve">                     </w:t>
                </w:r>
              </w:sdtContent>
            </w:sdt>
          </w:p>
        </w:tc>
        <w:tc>
          <w:tcPr>
            <w:tcW w:w="3061"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3BAF3CAB" w14:textId="77777777" w:rsidR="00C32754" w:rsidRDefault="00000000">
            <w:pPr>
              <w:spacing w:after="40" w:line="240" w:lineRule="auto"/>
            </w:pPr>
            <w:r>
              <w:rPr>
                <w:b/>
                <w:color w:val="283E65"/>
                <w:sz w:val="18"/>
              </w:rPr>
              <w:t>Class / room</w:t>
            </w:r>
          </w:p>
          <w:p w14:paraId="4CB72E48" w14:textId="77777777" w:rsidR="00C32754" w:rsidRDefault="00000000">
            <w:pPr>
              <w:spacing w:after="0" w:line="240" w:lineRule="auto"/>
            </w:pPr>
            <w:sdt>
              <w:sdtPr>
                <w:alias w:val="Class / room"/>
                <w:tag w:val="Class / room"/>
                <w:id w:val="280"/>
                <w:text/>
              </w:sdtPr>
              <w:sdtContent>
                <w:r>
                  <w:t xml:space="preserve">                     </w:t>
                </w:r>
              </w:sdtContent>
            </w:sdt>
          </w:p>
        </w:tc>
      </w:tr>
    </w:tbl>
    <w:p w14:paraId="42006393" w14:textId="77777777" w:rsidR="00C32754" w:rsidRDefault="00C32754">
      <w:pPr>
        <w:spacing w:after="60" w:line="40" w:lineRule="exact"/>
      </w:pPr>
    </w:p>
    <w:tbl>
      <w:tblPr>
        <w:tblW w:w="0" w:type="auto"/>
        <w:jc w:val="center"/>
        <w:tblLayout w:type="fixed"/>
        <w:tblLook w:val="04A0" w:firstRow="1" w:lastRow="0" w:firstColumn="1" w:lastColumn="0" w:noHBand="0" w:noVBand="1"/>
      </w:tblPr>
      <w:tblGrid>
        <w:gridCol w:w="9865"/>
      </w:tblGrid>
      <w:tr w:rsidR="00C32754" w14:paraId="1F61CB50" w14:textId="77777777">
        <w:trPr>
          <w:cantSplit/>
          <w:trHeight w:val="624"/>
          <w:jc w:val="center"/>
        </w:trPr>
        <w:tc>
          <w:tcPr>
            <w:tcW w:w="9865"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23F8C955" w14:textId="77777777" w:rsidR="00C32754" w:rsidRDefault="00000000">
            <w:pPr>
              <w:spacing w:after="40" w:line="240" w:lineRule="auto"/>
            </w:pPr>
            <w:r>
              <w:rPr>
                <w:b/>
                <w:color w:val="283E65"/>
                <w:sz w:val="18"/>
              </w:rPr>
              <w:t>School year this permission applies to</w:t>
            </w:r>
          </w:p>
          <w:p w14:paraId="1A508DEF" w14:textId="77777777" w:rsidR="00C32754" w:rsidRDefault="00000000">
            <w:pPr>
              <w:spacing w:after="0" w:line="240" w:lineRule="auto"/>
            </w:pPr>
            <w:sdt>
              <w:sdtPr>
                <w:alias w:val="School year this permission applies to"/>
                <w:tag w:val="School year this permission applies to"/>
                <w:id w:val="281"/>
                <w:text/>
              </w:sdtPr>
              <w:sdtContent>
                <w:r>
                  <w:t xml:space="preserve">                     </w:t>
                </w:r>
              </w:sdtContent>
            </w:sdt>
          </w:p>
        </w:tc>
      </w:tr>
    </w:tbl>
    <w:p w14:paraId="05C18C77" w14:textId="77777777" w:rsidR="00C32754" w:rsidRDefault="00C32754">
      <w:pPr>
        <w:spacing w:after="60" w:line="40" w:lineRule="exact"/>
      </w:pPr>
    </w:p>
    <w:p w14:paraId="6D3660E2" w14:textId="77777777" w:rsidR="00C32754" w:rsidRDefault="00000000">
      <w:pPr>
        <w:spacing w:after="60"/>
      </w:pPr>
      <w:r>
        <w:rPr>
          <w:b/>
        </w:rPr>
        <w:t>Please tick one choice.</w:t>
      </w:r>
    </w:p>
    <w:p w14:paraId="5A2FAC05" w14:textId="77777777" w:rsidR="00C32754" w:rsidRDefault="00000000">
      <w:sdt>
        <w:sdtPr>
          <w:alias w:val="I give permission"/>
          <w:id w:val="282"/>
          <w14:checkbox>
            <w14:checked w14:val="0"/>
            <w14:checkedState w14:val="2612" w14:font="DejaVu Sans"/>
            <w14:uncheckedState w14:val="2610" w14:font="DejaVu Sans"/>
          </w14:checkbox>
        </w:sdtPr>
        <w:sdtContent>
          <w:r>
            <w:rPr>
              <w:rFonts w:ascii="DejaVu Sans" w:hAnsi="DejaVu Sans"/>
              <w:sz w:val="22"/>
            </w:rPr>
            <w:t>☐</w:t>
          </w:r>
        </w:sdtContent>
      </w:sdt>
      <w:r>
        <w:t xml:space="preserve"> I give permission   </w:t>
      </w:r>
      <w:sdt>
        <w:sdtPr>
          <w:alias w:val="I do not give permission"/>
          <w:id w:val="283"/>
          <w14:checkbox>
            <w14:checked w14:val="0"/>
            <w14:checkedState w14:val="2612" w14:font="DejaVu Sans"/>
            <w14:uncheckedState w14:val="2610" w14:font="DejaVu Sans"/>
          </w14:checkbox>
        </w:sdtPr>
        <w:sdtContent>
          <w:r>
            <w:rPr>
              <w:rFonts w:ascii="DejaVu Sans" w:hAnsi="DejaVu Sans"/>
              <w:sz w:val="22"/>
            </w:rPr>
            <w:t>☐</w:t>
          </w:r>
        </w:sdtContent>
      </w:sdt>
      <w:r>
        <w:t xml:space="preserve"> I do not give permission   </w:t>
      </w:r>
    </w:p>
    <w:p w14:paraId="71E727A3" w14:textId="77777777" w:rsidR="00C32754" w:rsidRDefault="00000000">
      <w:r>
        <w:t xml:space="preserve">If I give permission, I </w:t>
      </w:r>
      <w:proofErr w:type="spellStart"/>
      <w:r>
        <w:t>authorise</w:t>
      </w:r>
      <w:proofErr w:type="spellEnd"/>
      <w:r>
        <w:t xml:space="preserve"> my child to participate in school promotion activities planned by the school during the school year written above, </w:t>
      </w:r>
      <w:proofErr w:type="gramStart"/>
      <w:r>
        <w:t>including the newsletter</w:t>
      </w:r>
      <w:proofErr w:type="gramEnd"/>
      <w:r>
        <w:t xml:space="preserve">, Facebook, school </w:t>
      </w:r>
      <w:proofErr w:type="gramStart"/>
      <w:r>
        <w:t>website</w:t>
      </w:r>
      <w:proofErr w:type="gramEnd"/>
      <w:r>
        <w:t>, radio or television.</w:t>
      </w:r>
    </w:p>
    <w:tbl>
      <w:tblPr>
        <w:tblW w:w="0" w:type="auto"/>
        <w:jc w:val="center"/>
        <w:tblLayout w:type="fixed"/>
        <w:tblLook w:val="04A0" w:firstRow="1" w:lastRow="0" w:firstColumn="1" w:lastColumn="0" w:noHBand="0" w:noVBand="1"/>
      </w:tblPr>
      <w:tblGrid>
        <w:gridCol w:w="9865"/>
      </w:tblGrid>
      <w:tr w:rsidR="00C32754" w14:paraId="69A4D849" w14:textId="77777777">
        <w:trPr>
          <w:cantSplit/>
          <w:trHeight w:val="556"/>
          <w:jc w:val="center"/>
        </w:trPr>
        <w:tc>
          <w:tcPr>
            <w:tcW w:w="9865"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4BE880AA" w14:textId="77777777" w:rsidR="00C32754" w:rsidRDefault="00000000">
            <w:pPr>
              <w:spacing w:after="40" w:line="240" w:lineRule="auto"/>
            </w:pPr>
            <w:r>
              <w:rPr>
                <w:b/>
                <w:color w:val="283E65"/>
                <w:sz w:val="18"/>
              </w:rPr>
              <w:t>Parent / caregiver full name</w:t>
            </w:r>
          </w:p>
          <w:p w14:paraId="319CDBB1" w14:textId="77777777" w:rsidR="00C32754" w:rsidRDefault="00000000">
            <w:pPr>
              <w:spacing w:after="0" w:line="240" w:lineRule="auto"/>
            </w:pPr>
            <w:sdt>
              <w:sdtPr>
                <w:alias w:val="Parent / caregiver full name"/>
                <w:tag w:val="Parent / caregiver full name"/>
                <w:id w:val="284"/>
                <w:text/>
              </w:sdtPr>
              <w:sdtContent>
                <w:r>
                  <w:t xml:space="preserve">                     </w:t>
                </w:r>
              </w:sdtContent>
            </w:sdt>
          </w:p>
        </w:tc>
      </w:tr>
    </w:tbl>
    <w:p w14:paraId="740A5131" w14:textId="77777777" w:rsidR="00C32754" w:rsidRDefault="00C32754">
      <w:pPr>
        <w:spacing w:after="60" w:line="40" w:lineRule="exact"/>
      </w:pPr>
    </w:p>
    <w:tbl>
      <w:tblPr>
        <w:tblW w:w="0" w:type="auto"/>
        <w:jc w:val="center"/>
        <w:tblLayout w:type="fixed"/>
        <w:tblLook w:val="04A0" w:firstRow="1" w:lastRow="0" w:firstColumn="1" w:lastColumn="0" w:noHBand="0" w:noVBand="1"/>
      </w:tblPr>
      <w:tblGrid>
        <w:gridCol w:w="6803"/>
        <w:gridCol w:w="3061"/>
      </w:tblGrid>
      <w:tr w:rsidR="00C32754" w14:paraId="4936B3A7" w14:textId="77777777">
        <w:trPr>
          <w:cantSplit/>
          <w:trHeight w:val="794"/>
          <w:jc w:val="center"/>
        </w:trPr>
        <w:tc>
          <w:tcPr>
            <w:tcW w:w="6803"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4AD9BB7D" w14:textId="77777777" w:rsidR="00C32754" w:rsidRDefault="00000000">
            <w:pPr>
              <w:spacing w:after="40" w:line="240" w:lineRule="auto"/>
            </w:pPr>
            <w:r>
              <w:rPr>
                <w:b/>
                <w:color w:val="283E65"/>
                <w:sz w:val="18"/>
              </w:rPr>
              <w:t>Parent / caregiver signature</w:t>
            </w:r>
          </w:p>
          <w:p w14:paraId="1DFA7976" w14:textId="77777777" w:rsidR="00C32754" w:rsidRDefault="00000000">
            <w:pPr>
              <w:spacing w:after="0" w:line="240" w:lineRule="auto"/>
            </w:pPr>
            <w:sdt>
              <w:sdtPr>
                <w:alias w:val="Parent / caregiver signature"/>
                <w:tag w:val="Parent / caregiver signature"/>
                <w:id w:val="285"/>
                <w:text/>
              </w:sdtPr>
              <w:sdtContent>
                <w:r>
                  <w:t xml:space="preserve">                     </w:t>
                </w:r>
              </w:sdtContent>
            </w:sdt>
          </w:p>
        </w:tc>
        <w:tc>
          <w:tcPr>
            <w:tcW w:w="3061"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2D126F8C" w14:textId="77777777" w:rsidR="00C32754" w:rsidRDefault="00000000">
            <w:pPr>
              <w:spacing w:after="40" w:line="240" w:lineRule="auto"/>
            </w:pPr>
            <w:r>
              <w:rPr>
                <w:b/>
                <w:color w:val="283E65"/>
                <w:sz w:val="18"/>
              </w:rPr>
              <w:t>Date (DD / MM / YYYY)</w:t>
            </w:r>
          </w:p>
          <w:p w14:paraId="374E12DF" w14:textId="77777777" w:rsidR="00C32754" w:rsidRDefault="00000000">
            <w:pPr>
              <w:spacing w:after="0" w:line="240" w:lineRule="auto"/>
            </w:pPr>
            <w:sdt>
              <w:sdtPr>
                <w:alias w:val="Date (DD / MM / YYYY)"/>
                <w:tag w:val="Date (DD / MM / YYYY)"/>
                <w:id w:val="286"/>
                <w:text/>
              </w:sdtPr>
              <w:sdtContent>
                <w:r>
                  <w:t xml:space="preserve">                     </w:t>
                </w:r>
              </w:sdtContent>
            </w:sdt>
          </w:p>
        </w:tc>
      </w:tr>
    </w:tbl>
    <w:p w14:paraId="5296E1D0" w14:textId="77777777" w:rsidR="00C32754" w:rsidRDefault="00C32754">
      <w:pPr>
        <w:spacing w:after="60" w:line="40" w:lineRule="exact"/>
      </w:pPr>
    </w:p>
    <w:tbl>
      <w:tblPr>
        <w:tblW w:w="0" w:type="auto"/>
        <w:jc w:val="center"/>
        <w:tblLayout w:type="fixed"/>
        <w:tblLook w:val="04A0" w:firstRow="1" w:lastRow="0" w:firstColumn="1" w:lastColumn="0" w:noHBand="0" w:noVBand="1"/>
      </w:tblPr>
      <w:tblGrid>
        <w:gridCol w:w="9865"/>
      </w:tblGrid>
      <w:tr w:rsidR="00C32754" w14:paraId="457B81BB" w14:textId="77777777">
        <w:trPr>
          <w:cantSplit/>
          <w:trHeight w:val="1111"/>
          <w:jc w:val="center"/>
        </w:trPr>
        <w:tc>
          <w:tcPr>
            <w:tcW w:w="9865"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0161C1BB" w14:textId="77777777" w:rsidR="00C32754" w:rsidRDefault="00000000">
            <w:pPr>
              <w:spacing w:after="40" w:line="240" w:lineRule="auto"/>
            </w:pPr>
            <w:r>
              <w:rPr>
                <w:b/>
                <w:color w:val="283E65"/>
                <w:sz w:val="18"/>
              </w:rPr>
              <w:t>Any questions or privacy concerns to discuss with the office</w:t>
            </w:r>
          </w:p>
          <w:p w14:paraId="1E51DC42" w14:textId="77777777" w:rsidR="00C32754" w:rsidRDefault="00000000">
            <w:pPr>
              <w:spacing w:after="0" w:line="240" w:lineRule="auto"/>
            </w:pPr>
            <w:sdt>
              <w:sdtPr>
                <w:alias w:val="Any questions or privacy concerns to discuss with the office"/>
                <w:tag w:val="Any questions or privacy concerns to discuss with the office"/>
                <w:id w:val="287"/>
                <w:text/>
              </w:sdtPr>
              <w:sdtContent>
                <w:r>
                  <w:t xml:space="preserve">                     </w:t>
                </w:r>
              </w:sdtContent>
            </w:sdt>
          </w:p>
        </w:tc>
      </w:tr>
    </w:tbl>
    <w:p w14:paraId="2E2CB94A" w14:textId="77777777" w:rsidR="00C32754" w:rsidRDefault="00C32754">
      <w:pPr>
        <w:spacing w:after="60" w:line="40" w:lineRule="exact"/>
      </w:pPr>
    </w:p>
    <w:p w14:paraId="04CD1FA8" w14:textId="19B08EB8" w:rsidR="00C32754" w:rsidRDefault="00000000">
      <w:pPr>
        <w:pageBreakBefore/>
        <w:spacing w:after="100"/>
      </w:pPr>
      <w:proofErr w:type="gramStart"/>
      <w:r>
        <w:rPr>
          <w:b/>
          <w:color w:val="087B83"/>
          <w:sz w:val="16"/>
        </w:rPr>
        <w:lastRenderedPageBreak/>
        <w:t>1</w:t>
      </w:r>
      <w:r w:rsidR="00DC6397">
        <w:rPr>
          <w:b/>
          <w:color w:val="087B83"/>
          <w:sz w:val="16"/>
        </w:rPr>
        <w:t>0</w:t>
      </w:r>
      <w:r>
        <w:rPr>
          <w:b/>
          <w:color w:val="087B83"/>
          <w:sz w:val="16"/>
        </w:rPr>
        <w:t xml:space="preserve">  /</w:t>
      </w:r>
      <w:proofErr w:type="gramEnd"/>
      <w:r>
        <w:rPr>
          <w:b/>
          <w:color w:val="087B83"/>
          <w:sz w:val="16"/>
        </w:rPr>
        <w:t xml:space="preserve">  SCHOOL OFFICE</w:t>
      </w:r>
    </w:p>
    <w:p w14:paraId="4C44265B" w14:textId="77777777" w:rsidR="00C32754" w:rsidRDefault="00000000">
      <w:pPr>
        <w:pStyle w:val="Heading1"/>
      </w:pPr>
      <w:r>
        <w:t>School office checklist</w:t>
      </w:r>
    </w:p>
    <w:p w14:paraId="6D803EFB" w14:textId="77777777" w:rsidR="00C32754" w:rsidRDefault="00000000">
      <w:pPr>
        <w:spacing w:after="160"/>
      </w:pPr>
      <w:r>
        <w:t>For school staff only. Families do not need to complete this page.</w:t>
      </w:r>
    </w:p>
    <w:tbl>
      <w:tblPr>
        <w:tblW w:w="0" w:type="auto"/>
        <w:jc w:val="center"/>
        <w:tblLayout w:type="fixed"/>
        <w:tblLook w:val="04A0" w:firstRow="1" w:lastRow="0" w:firstColumn="1" w:lastColumn="0" w:noHBand="0" w:noVBand="1"/>
      </w:tblPr>
      <w:tblGrid>
        <w:gridCol w:w="6803"/>
        <w:gridCol w:w="3061"/>
      </w:tblGrid>
      <w:tr w:rsidR="00C32754" w14:paraId="3C855FE7" w14:textId="77777777">
        <w:trPr>
          <w:cantSplit/>
          <w:trHeight w:val="567"/>
          <w:jc w:val="center"/>
        </w:trPr>
        <w:tc>
          <w:tcPr>
            <w:tcW w:w="6803"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6BFD1FC9" w14:textId="77777777" w:rsidR="00C32754" w:rsidRDefault="00000000">
            <w:pPr>
              <w:spacing w:after="40" w:line="240" w:lineRule="auto"/>
            </w:pPr>
            <w:r>
              <w:rPr>
                <w:b/>
                <w:color w:val="283E65"/>
                <w:sz w:val="18"/>
              </w:rPr>
              <w:t>Child’s full name</w:t>
            </w:r>
          </w:p>
          <w:p w14:paraId="68B964EB" w14:textId="77777777" w:rsidR="00C32754" w:rsidRDefault="00000000">
            <w:pPr>
              <w:spacing w:after="0" w:line="240" w:lineRule="auto"/>
            </w:pPr>
            <w:sdt>
              <w:sdtPr>
                <w:alias w:val="Child’s full name"/>
                <w:tag w:val="Child’s full name"/>
                <w:id w:val="288"/>
                <w:text/>
              </w:sdtPr>
              <w:sdtContent>
                <w:r>
                  <w:t xml:space="preserve">                     </w:t>
                </w:r>
              </w:sdtContent>
            </w:sdt>
          </w:p>
        </w:tc>
        <w:tc>
          <w:tcPr>
            <w:tcW w:w="3061"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2B6171CD" w14:textId="77777777" w:rsidR="00C32754" w:rsidRDefault="00000000">
            <w:pPr>
              <w:spacing w:after="40" w:line="240" w:lineRule="auto"/>
            </w:pPr>
            <w:r>
              <w:rPr>
                <w:b/>
                <w:color w:val="283E65"/>
                <w:sz w:val="18"/>
              </w:rPr>
              <w:t>School admission number</w:t>
            </w:r>
          </w:p>
          <w:p w14:paraId="54578490" w14:textId="77777777" w:rsidR="00C32754" w:rsidRDefault="00000000">
            <w:pPr>
              <w:spacing w:after="0" w:line="240" w:lineRule="auto"/>
            </w:pPr>
            <w:sdt>
              <w:sdtPr>
                <w:alias w:val="School admission number"/>
                <w:tag w:val="School admission number"/>
                <w:id w:val="289"/>
                <w:text/>
              </w:sdtPr>
              <w:sdtContent>
                <w:r>
                  <w:t xml:space="preserve">                     </w:t>
                </w:r>
              </w:sdtContent>
            </w:sdt>
          </w:p>
        </w:tc>
      </w:tr>
    </w:tbl>
    <w:p w14:paraId="63BD07B8" w14:textId="77777777" w:rsidR="00C32754" w:rsidRDefault="00C32754">
      <w:pPr>
        <w:spacing w:after="60" w:line="40" w:lineRule="exact"/>
      </w:pPr>
    </w:p>
    <w:p w14:paraId="65DDFFC6" w14:textId="77777777" w:rsidR="00C32754" w:rsidRDefault="00000000">
      <w:pPr>
        <w:spacing w:after="60"/>
      </w:pPr>
      <w:r>
        <w:rPr>
          <w:b/>
        </w:rPr>
        <w:t>Birth / identity verification</w:t>
      </w:r>
    </w:p>
    <w:p w14:paraId="10AA3848" w14:textId="77777777" w:rsidR="00C32754" w:rsidRDefault="00000000">
      <w:sdt>
        <w:sdtPr>
          <w:alias w:val="Birth certificate"/>
          <w:id w:val="290"/>
          <w14:checkbox>
            <w14:checked w14:val="0"/>
            <w14:checkedState w14:val="2612" w14:font="DejaVu Sans"/>
            <w14:uncheckedState w14:val="2610" w14:font="DejaVu Sans"/>
          </w14:checkbox>
        </w:sdtPr>
        <w:sdtContent>
          <w:r>
            <w:rPr>
              <w:rFonts w:ascii="DejaVu Sans" w:hAnsi="DejaVu Sans"/>
              <w:sz w:val="22"/>
            </w:rPr>
            <w:t>☐</w:t>
          </w:r>
        </w:sdtContent>
      </w:sdt>
      <w:r>
        <w:t xml:space="preserve"> Birth certificate   </w:t>
      </w:r>
      <w:sdt>
        <w:sdtPr>
          <w:alias w:val="Passport"/>
          <w:id w:val="291"/>
          <w14:checkbox>
            <w14:checked w14:val="0"/>
            <w14:checkedState w14:val="2612" w14:font="DejaVu Sans"/>
            <w14:uncheckedState w14:val="2610" w14:font="DejaVu Sans"/>
          </w14:checkbox>
        </w:sdtPr>
        <w:sdtContent>
          <w:r>
            <w:rPr>
              <w:rFonts w:ascii="DejaVu Sans" w:hAnsi="DejaVu Sans"/>
              <w:sz w:val="22"/>
            </w:rPr>
            <w:t>☐</w:t>
          </w:r>
        </w:sdtContent>
      </w:sdt>
      <w:r>
        <w:t xml:space="preserve"> Passport   </w:t>
      </w:r>
    </w:p>
    <w:tbl>
      <w:tblPr>
        <w:tblW w:w="0" w:type="auto"/>
        <w:jc w:val="center"/>
        <w:tblLayout w:type="fixed"/>
        <w:tblLook w:val="04A0" w:firstRow="1" w:lastRow="0" w:firstColumn="1" w:lastColumn="0" w:noHBand="0" w:noVBand="1"/>
      </w:tblPr>
      <w:tblGrid>
        <w:gridCol w:w="4932"/>
        <w:gridCol w:w="4932"/>
      </w:tblGrid>
      <w:tr w:rsidR="00C32754" w14:paraId="066D58E4" w14:textId="77777777">
        <w:trPr>
          <w:cantSplit/>
          <w:trHeight w:val="567"/>
          <w:jc w:val="center"/>
        </w:trPr>
        <w:tc>
          <w:tcPr>
            <w:tcW w:w="4932"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6D3DE477" w14:textId="77777777" w:rsidR="00C32754" w:rsidRDefault="00000000">
            <w:pPr>
              <w:spacing w:after="40" w:line="240" w:lineRule="auto"/>
            </w:pPr>
            <w:r>
              <w:rPr>
                <w:b/>
                <w:color w:val="283E65"/>
                <w:sz w:val="18"/>
              </w:rPr>
              <w:t>Birth certificate / passport number</w:t>
            </w:r>
          </w:p>
          <w:p w14:paraId="7A729FEA" w14:textId="77777777" w:rsidR="00C32754" w:rsidRDefault="00000000">
            <w:pPr>
              <w:spacing w:after="0" w:line="240" w:lineRule="auto"/>
            </w:pPr>
            <w:sdt>
              <w:sdtPr>
                <w:alias w:val="Birth certificate / passport number"/>
                <w:tag w:val="Birth certificate / passport number"/>
                <w:id w:val="292"/>
                <w:text/>
              </w:sdtPr>
              <w:sdtContent>
                <w:r>
                  <w:t xml:space="preserve">                     </w:t>
                </w:r>
              </w:sdtContent>
            </w:sdt>
          </w:p>
        </w:tc>
        <w:tc>
          <w:tcPr>
            <w:tcW w:w="4932"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1A6DC96C" w14:textId="77777777" w:rsidR="00C32754" w:rsidRDefault="00000000">
            <w:pPr>
              <w:spacing w:after="40" w:line="240" w:lineRule="auto"/>
            </w:pPr>
            <w:r>
              <w:rPr>
                <w:b/>
                <w:color w:val="283E65"/>
                <w:sz w:val="18"/>
              </w:rPr>
              <w:t>Verified by / date</w:t>
            </w:r>
          </w:p>
          <w:p w14:paraId="00D4FFFE" w14:textId="77777777" w:rsidR="00C32754" w:rsidRDefault="00000000">
            <w:pPr>
              <w:spacing w:after="0" w:line="240" w:lineRule="auto"/>
            </w:pPr>
            <w:sdt>
              <w:sdtPr>
                <w:alias w:val="Verified by / date"/>
                <w:tag w:val="Verified by / date"/>
                <w:id w:val="293"/>
                <w:text/>
              </w:sdtPr>
              <w:sdtContent>
                <w:r>
                  <w:t xml:space="preserve">                     </w:t>
                </w:r>
              </w:sdtContent>
            </w:sdt>
          </w:p>
        </w:tc>
      </w:tr>
    </w:tbl>
    <w:p w14:paraId="2BF7DD5A" w14:textId="77777777" w:rsidR="00C32754" w:rsidRDefault="00C32754">
      <w:pPr>
        <w:spacing w:after="60" w:line="40" w:lineRule="exact"/>
      </w:pPr>
    </w:p>
    <w:tbl>
      <w:tblPr>
        <w:tblW w:w="0" w:type="auto"/>
        <w:jc w:val="center"/>
        <w:tblLayout w:type="fixed"/>
        <w:tblLook w:val="04A0" w:firstRow="1" w:lastRow="0" w:firstColumn="1" w:lastColumn="0" w:noHBand="0" w:noVBand="1"/>
      </w:tblPr>
      <w:tblGrid>
        <w:gridCol w:w="4932"/>
        <w:gridCol w:w="4932"/>
      </w:tblGrid>
      <w:tr w:rsidR="00C32754" w14:paraId="674B3002" w14:textId="77777777">
        <w:trPr>
          <w:cantSplit/>
          <w:trHeight w:val="567"/>
          <w:jc w:val="center"/>
        </w:trPr>
        <w:tc>
          <w:tcPr>
            <w:tcW w:w="4932"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5EF37F59" w14:textId="77777777" w:rsidR="00C32754" w:rsidRDefault="00000000">
            <w:pPr>
              <w:spacing w:after="40" w:line="240" w:lineRule="auto"/>
            </w:pPr>
            <w:r>
              <w:rPr>
                <w:b/>
                <w:color w:val="283E65"/>
                <w:sz w:val="18"/>
              </w:rPr>
              <w:t>Records / information requested: date</w:t>
            </w:r>
          </w:p>
          <w:p w14:paraId="3E6955FB" w14:textId="77777777" w:rsidR="00C32754" w:rsidRDefault="00000000">
            <w:pPr>
              <w:spacing w:after="0" w:line="240" w:lineRule="auto"/>
            </w:pPr>
            <w:sdt>
              <w:sdtPr>
                <w:alias w:val="Records / information requested: date"/>
                <w:tag w:val="Records / information requested: date"/>
                <w:id w:val="294"/>
                <w:text/>
              </w:sdtPr>
              <w:sdtContent>
                <w:r>
                  <w:t xml:space="preserve">                     </w:t>
                </w:r>
              </w:sdtContent>
            </w:sdt>
          </w:p>
        </w:tc>
        <w:tc>
          <w:tcPr>
            <w:tcW w:w="4932"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6A145BD7" w14:textId="77777777" w:rsidR="00C32754" w:rsidRDefault="00000000">
            <w:pPr>
              <w:spacing w:after="40" w:line="240" w:lineRule="auto"/>
            </w:pPr>
            <w:r>
              <w:rPr>
                <w:b/>
                <w:color w:val="283E65"/>
                <w:sz w:val="18"/>
              </w:rPr>
              <w:t>Records / information received: date</w:t>
            </w:r>
          </w:p>
          <w:p w14:paraId="2A144942" w14:textId="77777777" w:rsidR="00C32754" w:rsidRDefault="00000000">
            <w:pPr>
              <w:spacing w:after="0" w:line="240" w:lineRule="auto"/>
            </w:pPr>
            <w:sdt>
              <w:sdtPr>
                <w:alias w:val="Records / information received: date"/>
                <w:tag w:val="Records / information received: date"/>
                <w:id w:val="295"/>
                <w:text/>
              </w:sdtPr>
              <w:sdtContent>
                <w:r>
                  <w:t xml:space="preserve">                     </w:t>
                </w:r>
              </w:sdtContent>
            </w:sdt>
          </w:p>
        </w:tc>
      </w:tr>
    </w:tbl>
    <w:p w14:paraId="4A7D9E0F" w14:textId="77777777" w:rsidR="00C32754" w:rsidRDefault="00C32754">
      <w:pPr>
        <w:spacing w:after="60" w:line="40" w:lineRule="exact"/>
      </w:pPr>
    </w:p>
    <w:tbl>
      <w:tblPr>
        <w:tblW w:w="0" w:type="auto"/>
        <w:jc w:val="center"/>
        <w:tblLayout w:type="fixed"/>
        <w:tblLook w:val="04A0" w:firstRow="1" w:lastRow="0" w:firstColumn="1" w:lastColumn="0" w:noHBand="0" w:noVBand="1"/>
      </w:tblPr>
      <w:tblGrid>
        <w:gridCol w:w="4932"/>
        <w:gridCol w:w="4932"/>
      </w:tblGrid>
      <w:tr w:rsidR="00C32754" w14:paraId="7DB2F7E2" w14:textId="77777777">
        <w:trPr>
          <w:cantSplit/>
          <w:trHeight w:val="567"/>
          <w:jc w:val="center"/>
        </w:trPr>
        <w:tc>
          <w:tcPr>
            <w:tcW w:w="4932"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50257D6A" w14:textId="77777777" w:rsidR="00C32754" w:rsidRDefault="00000000">
            <w:pPr>
              <w:spacing w:after="40" w:line="240" w:lineRule="auto"/>
            </w:pPr>
            <w:r>
              <w:rPr>
                <w:b/>
                <w:color w:val="283E65"/>
                <w:sz w:val="18"/>
              </w:rPr>
              <w:t>Number of previous schools / enrolments</w:t>
            </w:r>
          </w:p>
          <w:p w14:paraId="49492ECA" w14:textId="77777777" w:rsidR="00C32754" w:rsidRDefault="00000000">
            <w:pPr>
              <w:spacing w:after="0" w:line="240" w:lineRule="auto"/>
            </w:pPr>
            <w:sdt>
              <w:sdtPr>
                <w:alias w:val="Number of previous schools / enrolments"/>
                <w:tag w:val="Number of previous schools / enrolments"/>
                <w:id w:val="296"/>
                <w:text/>
              </w:sdtPr>
              <w:sdtContent>
                <w:r>
                  <w:t xml:space="preserve">                     </w:t>
                </w:r>
              </w:sdtContent>
            </w:sdt>
          </w:p>
        </w:tc>
        <w:tc>
          <w:tcPr>
            <w:tcW w:w="4932"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1794C8B6" w14:textId="77777777" w:rsidR="00C32754" w:rsidRDefault="00000000">
            <w:pPr>
              <w:spacing w:after="40" w:line="240" w:lineRule="auto"/>
            </w:pPr>
            <w:r>
              <w:rPr>
                <w:b/>
                <w:color w:val="283E65"/>
                <w:sz w:val="18"/>
              </w:rPr>
              <w:t>National Student Number (NSN)</w:t>
            </w:r>
          </w:p>
          <w:p w14:paraId="41E4B2FA" w14:textId="77777777" w:rsidR="00C32754" w:rsidRDefault="00000000">
            <w:pPr>
              <w:spacing w:after="0" w:line="240" w:lineRule="auto"/>
            </w:pPr>
            <w:sdt>
              <w:sdtPr>
                <w:alias w:val="National Student Number (NSN)"/>
                <w:tag w:val="National Student Number (NSN)"/>
                <w:id w:val="297"/>
                <w:text/>
              </w:sdtPr>
              <w:sdtContent>
                <w:r>
                  <w:t xml:space="preserve">                     </w:t>
                </w:r>
              </w:sdtContent>
            </w:sdt>
          </w:p>
        </w:tc>
      </w:tr>
    </w:tbl>
    <w:p w14:paraId="55DC9BDA" w14:textId="77777777" w:rsidR="00C32754" w:rsidRDefault="00C32754">
      <w:pPr>
        <w:spacing w:after="60" w:line="40" w:lineRule="exact"/>
      </w:pPr>
    </w:p>
    <w:tbl>
      <w:tblPr>
        <w:tblW w:w="0" w:type="auto"/>
        <w:jc w:val="center"/>
        <w:tblLayout w:type="fixed"/>
        <w:tblLook w:val="04A0" w:firstRow="1" w:lastRow="0" w:firstColumn="1" w:lastColumn="0" w:noHBand="0" w:noVBand="1"/>
      </w:tblPr>
      <w:tblGrid>
        <w:gridCol w:w="3288"/>
        <w:gridCol w:w="3288"/>
        <w:gridCol w:w="3288"/>
      </w:tblGrid>
      <w:tr w:rsidR="00C32754" w14:paraId="108195D9" w14:textId="77777777">
        <w:trPr>
          <w:cantSplit/>
          <w:trHeight w:val="567"/>
          <w:jc w:val="center"/>
        </w:trPr>
        <w:tc>
          <w:tcPr>
            <w:tcW w:w="3288"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0B53D2B0" w14:textId="77777777" w:rsidR="00C32754" w:rsidRDefault="00000000">
            <w:pPr>
              <w:spacing w:after="40" w:line="240" w:lineRule="auto"/>
            </w:pPr>
            <w:r>
              <w:rPr>
                <w:b/>
                <w:color w:val="283E65"/>
                <w:sz w:val="18"/>
              </w:rPr>
              <w:t>Bus route</w:t>
            </w:r>
          </w:p>
          <w:p w14:paraId="29C67145" w14:textId="77777777" w:rsidR="00C32754" w:rsidRDefault="00000000">
            <w:pPr>
              <w:spacing w:after="0" w:line="240" w:lineRule="auto"/>
            </w:pPr>
            <w:sdt>
              <w:sdtPr>
                <w:alias w:val="Bus route"/>
                <w:tag w:val="Bus route"/>
                <w:id w:val="298"/>
                <w:text/>
              </w:sdtPr>
              <w:sdtContent>
                <w:r>
                  <w:t xml:space="preserve">                     </w:t>
                </w:r>
              </w:sdtContent>
            </w:sdt>
          </w:p>
        </w:tc>
        <w:tc>
          <w:tcPr>
            <w:tcW w:w="3288"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3CF43AE9" w14:textId="77777777" w:rsidR="00C32754" w:rsidRDefault="00000000">
            <w:pPr>
              <w:spacing w:after="40" w:line="240" w:lineRule="auto"/>
            </w:pPr>
            <w:r>
              <w:rPr>
                <w:b/>
                <w:color w:val="283E65"/>
                <w:sz w:val="18"/>
              </w:rPr>
              <w:t>Date of entry</w:t>
            </w:r>
          </w:p>
          <w:p w14:paraId="0084C421" w14:textId="77777777" w:rsidR="00C32754" w:rsidRDefault="00000000">
            <w:pPr>
              <w:spacing w:after="0" w:line="240" w:lineRule="auto"/>
            </w:pPr>
            <w:sdt>
              <w:sdtPr>
                <w:alias w:val="Date of entry"/>
                <w:tag w:val="Date of entry"/>
                <w:id w:val="299"/>
                <w:text/>
              </w:sdtPr>
              <w:sdtContent>
                <w:r>
                  <w:t xml:space="preserve">                     </w:t>
                </w:r>
              </w:sdtContent>
            </w:sdt>
          </w:p>
        </w:tc>
        <w:tc>
          <w:tcPr>
            <w:tcW w:w="3288"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0064E468" w14:textId="77777777" w:rsidR="00C32754" w:rsidRDefault="00000000">
            <w:pPr>
              <w:spacing w:after="40" w:line="240" w:lineRule="auto"/>
            </w:pPr>
            <w:r>
              <w:rPr>
                <w:b/>
                <w:color w:val="283E65"/>
                <w:sz w:val="18"/>
              </w:rPr>
              <w:t>Year level</w:t>
            </w:r>
          </w:p>
          <w:p w14:paraId="399B2906" w14:textId="77777777" w:rsidR="00C32754" w:rsidRDefault="00000000">
            <w:pPr>
              <w:spacing w:after="0" w:line="240" w:lineRule="auto"/>
            </w:pPr>
            <w:sdt>
              <w:sdtPr>
                <w:alias w:val="Year level"/>
                <w:tag w:val="Year level"/>
                <w:id w:val="300"/>
                <w:text/>
              </w:sdtPr>
              <w:sdtContent>
                <w:r>
                  <w:t xml:space="preserve">                     </w:t>
                </w:r>
              </w:sdtContent>
            </w:sdt>
          </w:p>
        </w:tc>
      </w:tr>
    </w:tbl>
    <w:p w14:paraId="565E588F" w14:textId="77777777" w:rsidR="00C32754" w:rsidRDefault="00C32754">
      <w:pPr>
        <w:spacing w:after="60" w:line="40" w:lineRule="exact"/>
      </w:pPr>
    </w:p>
    <w:tbl>
      <w:tblPr>
        <w:tblW w:w="0" w:type="auto"/>
        <w:jc w:val="center"/>
        <w:tblLayout w:type="fixed"/>
        <w:tblLook w:val="04A0" w:firstRow="1" w:lastRow="0" w:firstColumn="1" w:lastColumn="0" w:noHBand="0" w:noVBand="1"/>
      </w:tblPr>
      <w:tblGrid>
        <w:gridCol w:w="4932"/>
        <w:gridCol w:w="4932"/>
      </w:tblGrid>
      <w:tr w:rsidR="00C32754" w14:paraId="7944741D" w14:textId="77777777">
        <w:trPr>
          <w:cantSplit/>
          <w:trHeight w:val="567"/>
          <w:jc w:val="center"/>
        </w:trPr>
        <w:tc>
          <w:tcPr>
            <w:tcW w:w="4932"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7C783EA9" w14:textId="77777777" w:rsidR="00C32754" w:rsidRDefault="00000000">
            <w:pPr>
              <w:spacing w:after="40" w:line="240" w:lineRule="auto"/>
            </w:pPr>
            <w:r>
              <w:rPr>
                <w:b/>
                <w:color w:val="283E65"/>
                <w:sz w:val="18"/>
              </w:rPr>
              <w:t>Teacher</w:t>
            </w:r>
          </w:p>
          <w:p w14:paraId="2C08DBFF" w14:textId="77777777" w:rsidR="00C32754" w:rsidRDefault="00000000">
            <w:pPr>
              <w:spacing w:after="0" w:line="240" w:lineRule="auto"/>
            </w:pPr>
            <w:sdt>
              <w:sdtPr>
                <w:alias w:val="Teacher"/>
                <w:tag w:val="Teacher"/>
                <w:id w:val="301"/>
                <w:text/>
              </w:sdtPr>
              <w:sdtContent>
                <w:r>
                  <w:t xml:space="preserve">                     </w:t>
                </w:r>
              </w:sdtContent>
            </w:sdt>
          </w:p>
        </w:tc>
        <w:tc>
          <w:tcPr>
            <w:tcW w:w="4932"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6AEC9030" w14:textId="77777777" w:rsidR="00C32754" w:rsidRDefault="00000000">
            <w:pPr>
              <w:spacing w:after="40" w:line="240" w:lineRule="auto"/>
            </w:pPr>
            <w:r>
              <w:rPr>
                <w:b/>
                <w:color w:val="283E65"/>
                <w:sz w:val="18"/>
              </w:rPr>
              <w:t>Room</w:t>
            </w:r>
          </w:p>
          <w:p w14:paraId="10647761" w14:textId="77777777" w:rsidR="00C32754" w:rsidRDefault="00000000">
            <w:pPr>
              <w:spacing w:after="0" w:line="240" w:lineRule="auto"/>
            </w:pPr>
            <w:sdt>
              <w:sdtPr>
                <w:alias w:val="Room"/>
                <w:tag w:val="Room"/>
                <w:id w:val="302"/>
                <w:text/>
              </w:sdtPr>
              <w:sdtContent>
                <w:r>
                  <w:t xml:space="preserve">                     </w:t>
                </w:r>
              </w:sdtContent>
            </w:sdt>
          </w:p>
        </w:tc>
      </w:tr>
    </w:tbl>
    <w:p w14:paraId="52277F5C" w14:textId="77777777" w:rsidR="00C32754" w:rsidRDefault="00C32754">
      <w:pPr>
        <w:spacing w:after="60" w:line="40" w:lineRule="exact"/>
      </w:pPr>
    </w:p>
    <w:p w14:paraId="6B4B46B0" w14:textId="76B23EE4" w:rsidR="00651065" w:rsidRDefault="00651065" w:rsidP="00651065">
      <w:pPr>
        <w:spacing w:after="40" w:line="240" w:lineRule="auto"/>
      </w:pPr>
    </w:p>
    <w:p w14:paraId="534F0771" w14:textId="77777777" w:rsidR="001947B3" w:rsidRDefault="001947B3" w:rsidP="00651065">
      <w:pPr>
        <w:spacing w:after="40" w:line="240" w:lineRule="auto"/>
      </w:pPr>
    </w:p>
    <w:p w14:paraId="5DED60B6" w14:textId="77777777" w:rsidR="001947B3" w:rsidRDefault="001947B3" w:rsidP="00651065">
      <w:pPr>
        <w:spacing w:after="40" w:line="240" w:lineRule="auto"/>
      </w:pPr>
    </w:p>
    <w:p w14:paraId="2E0F9B31" w14:textId="01504234" w:rsidR="00651065" w:rsidRDefault="001947B3" w:rsidP="001947B3">
      <w:pPr>
        <w:spacing w:after="40" w:line="240" w:lineRule="auto"/>
        <w:jc w:val="center"/>
      </w:pPr>
      <w:r>
        <w:rPr>
          <w:noProof/>
        </w:rPr>
        <w:drawing>
          <wp:inline distT="0" distB="0" distL="0" distR="0" wp14:anchorId="55A2B300" wp14:editId="226BA19A">
            <wp:extent cx="4129668" cy="3314700"/>
            <wp:effectExtent l="19050" t="19050" r="23495" b="19050"/>
            <wp:docPr id="20091844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47846" cy="3329291"/>
                    </a:xfrm>
                    <a:prstGeom prst="rect">
                      <a:avLst/>
                    </a:prstGeom>
                    <a:noFill/>
                    <a:ln>
                      <a:solidFill>
                        <a:schemeClr val="accent1"/>
                      </a:solidFill>
                    </a:ln>
                  </pic:spPr>
                </pic:pic>
              </a:graphicData>
            </a:graphic>
          </wp:inline>
        </w:drawing>
      </w:r>
    </w:p>
    <w:p w14:paraId="7126FA6F" w14:textId="15B4EF8B" w:rsidR="00EE6E50" w:rsidRDefault="00651065" w:rsidP="00651065">
      <w:pPr>
        <w:spacing w:after="60" w:line="40" w:lineRule="exact"/>
      </w:pPr>
      <w:sdt>
        <w:sdtPr>
          <w:alias w:val="Name(s) of legal guardian(s)"/>
          <w:tag w:val="Name(s) of legal guardian(s)"/>
          <w:id w:val="668367393"/>
          <w:text/>
        </w:sdtPr>
        <w:sdtContent>
          <w:r>
            <w:t xml:space="preserve">                     </w:t>
          </w:r>
        </w:sdtContent>
      </w:sdt>
    </w:p>
    <w:p w14:paraId="2E6CB6FA" w14:textId="39C03842" w:rsidR="0077211A" w:rsidRDefault="0077211A" w:rsidP="0077211A">
      <w:pPr>
        <w:pageBreakBefore/>
        <w:spacing w:after="100"/>
      </w:pPr>
      <w:proofErr w:type="gramStart"/>
      <w:r>
        <w:rPr>
          <w:b/>
          <w:color w:val="087B83"/>
          <w:sz w:val="16"/>
        </w:rPr>
        <w:lastRenderedPageBreak/>
        <w:t>11  /</w:t>
      </w:r>
      <w:proofErr w:type="gramEnd"/>
      <w:r>
        <w:rPr>
          <w:b/>
          <w:color w:val="087B83"/>
          <w:sz w:val="16"/>
        </w:rPr>
        <w:t xml:space="preserve">  CONSENTS &amp; AGREEMENTS</w:t>
      </w:r>
    </w:p>
    <w:p w14:paraId="714601DA" w14:textId="77777777" w:rsidR="0077211A" w:rsidRDefault="0077211A" w:rsidP="0077211A">
      <w:pPr>
        <w:pStyle w:val="Heading1"/>
      </w:pPr>
      <w:r>
        <w:t>Oral health enrolment &amp; consent</w:t>
      </w:r>
    </w:p>
    <w:p w14:paraId="25C1FC90" w14:textId="77777777" w:rsidR="0077211A" w:rsidRDefault="0077211A" w:rsidP="0077211A">
      <w:pPr>
        <w:spacing w:after="160"/>
      </w:pPr>
      <w:r>
        <w:t xml:space="preserve">Te Whatu Ora Te Tai </w:t>
      </w:r>
      <w:proofErr w:type="spellStart"/>
      <w:r>
        <w:t>Tokerau</w:t>
      </w:r>
      <w:proofErr w:type="spellEnd"/>
      <w:r>
        <w:t xml:space="preserve"> Oral Health </w:t>
      </w:r>
      <w:proofErr w:type="gramStart"/>
      <w:r>
        <w:t>Service  |</w:t>
      </w:r>
      <w:proofErr w:type="gramEnd"/>
      <w:r>
        <w:t xml:space="preserve">  Birth to 18th birthday</w:t>
      </w:r>
    </w:p>
    <w:p w14:paraId="1E02D73D" w14:textId="77777777" w:rsidR="0077211A" w:rsidRDefault="0077211A" w:rsidP="0077211A">
      <w:pPr>
        <w:spacing w:after="140"/>
      </w:pPr>
      <w:r>
        <w:rPr>
          <w:sz w:val="19"/>
        </w:rPr>
        <w:t>Complete this section for the oral health service, even if you have supplied the same details elsewhere. Keep the treatment information on page 12.</w:t>
      </w:r>
    </w:p>
    <w:tbl>
      <w:tblPr>
        <w:tblW w:w="0" w:type="auto"/>
        <w:jc w:val="center"/>
        <w:tblLayout w:type="fixed"/>
        <w:tblLook w:val="04A0" w:firstRow="1" w:lastRow="0" w:firstColumn="1" w:lastColumn="0" w:noHBand="0" w:noVBand="1"/>
      </w:tblPr>
      <w:tblGrid>
        <w:gridCol w:w="4932"/>
        <w:gridCol w:w="4932"/>
      </w:tblGrid>
      <w:tr w:rsidR="0077211A" w14:paraId="6774CE99" w14:textId="77777777" w:rsidTr="006E5068">
        <w:trPr>
          <w:cantSplit/>
          <w:trHeight w:val="556"/>
          <w:jc w:val="center"/>
        </w:trPr>
        <w:tc>
          <w:tcPr>
            <w:tcW w:w="4932"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6E07F81A" w14:textId="77777777" w:rsidR="0077211A" w:rsidRDefault="0077211A" w:rsidP="006E5068">
            <w:pPr>
              <w:spacing w:after="40" w:line="240" w:lineRule="auto"/>
            </w:pPr>
            <w:r>
              <w:rPr>
                <w:b/>
                <w:color w:val="283E65"/>
                <w:sz w:val="18"/>
              </w:rPr>
              <w:t>Child / patient first name(s)</w:t>
            </w:r>
          </w:p>
          <w:p w14:paraId="42C5FF72" w14:textId="77777777" w:rsidR="0077211A" w:rsidRDefault="00000000" w:rsidP="006E5068">
            <w:pPr>
              <w:spacing w:after="0" w:line="240" w:lineRule="auto"/>
            </w:pPr>
            <w:sdt>
              <w:sdtPr>
                <w:alias w:val="Child / patient first name(s)"/>
                <w:tag w:val="Child / patient first name(s)"/>
                <w:id w:val="235"/>
                <w:text/>
              </w:sdtPr>
              <w:sdtContent>
                <w:r w:rsidR="0077211A">
                  <w:t xml:space="preserve">                     </w:t>
                </w:r>
              </w:sdtContent>
            </w:sdt>
          </w:p>
        </w:tc>
        <w:tc>
          <w:tcPr>
            <w:tcW w:w="4932"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40E597F3" w14:textId="77777777" w:rsidR="0077211A" w:rsidRDefault="0077211A" w:rsidP="006E5068">
            <w:pPr>
              <w:spacing w:after="40" w:line="240" w:lineRule="auto"/>
            </w:pPr>
            <w:r>
              <w:rPr>
                <w:b/>
                <w:color w:val="283E65"/>
                <w:sz w:val="18"/>
              </w:rPr>
              <w:t>Surname</w:t>
            </w:r>
          </w:p>
          <w:p w14:paraId="43030F75" w14:textId="77777777" w:rsidR="0077211A" w:rsidRDefault="00000000" w:rsidP="006E5068">
            <w:pPr>
              <w:spacing w:after="0" w:line="240" w:lineRule="auto"/>
            </w:pPr>
            <w:sdt>
              <w:sdtPr>
                <w:alias w:val="Surname"/>
                <w:tag w:val="Surname"/>
                <w:id w:val="236"/>
                <w:text/>
              </w:sdtPr>
              <w:sdtContent>
                <w:r w:rsidR="0077211A">
                  <w:t xml:space="preserve">                     </w:t>
                </w:r>
              </w:sdtContent>
            </w:sdt>
          </w:p>
        </w:tc>
      </w:tr>
    </w:tbl>
    <w:p w14:paraId="0726AE49" w14:textId="77777777" w:rsidR="0077211A" w:rsidRDefault="0077211A" w:rsidP="0077211A">
      <w:pPr>
        <w:spacing w:after="60" w:line="40" w:lineRule="exact"/>
      </w:pPr>
    </w:p>
    <w:tbl>
      <w:tblPr>
        <w:tblW w:w="0" w:type="auto"/>
        <w:jc w:val="center"/>
        <w:tblLayout w:type="fixed"/>
        <w:tblLook w:val="04A0" w:firstRow="1" w:lastRow="0" w:firstColumn="1" w:lastColumn="0" w:noHBand="0" w:noVBand="1"/>
      </w:tblPr>
      <w:tblGrid>
        <w:gridCol w:w="3685"/>
        <w:gridCol w:w="2268"/>
        <w:gridCol w:w="3912"/>
      </w:tblGrid>
      <w:tr w:rsidR="0077211A" w14:paraId="660465E7" w14:textId="77777777" w:rsidTr="006E5068">
        <w:trPr>
          <w:cantSplit/>
          <w:trHeight w:val="539"/>
          <w:jc w:val="center"/>
        </w:trPr>
        <w:tc>
          <w:tcPr>
            <w:tcW w:w="3685"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71F8CCCE" w14:textId="77777777" w:rsidR="0077211A" w:rsidRDefault="0077211A" w:rsidP="006E5068">
            <w:pPr>
              <w:spacing w:after="40" w:line="240" w:lineRule="auto"/>
            </w:pPr>
            <w:r>
              <w:rPr>
                <w:b/>
                <w:color w:val="283E65"/>
                <w:sz w:val="18"/>
              </w:rPr>
              <w:t>Date of birth (DD / MM / YYYY)</w:t>
            </w:r>
          </w:p>
          <w:p w14:paraId="70D5F411" w14:textId="77777777" w:rsidR="0077211A" w:rsidRDefault="00000000" w:rsidP="006E5068">
            <w:pPr>
              <w:spacing w:after="0" w:line="240" w:lineRule="auto"/>
            </w:pPr>
            <w:sdt>
              <w:sdtPr>
                <w:alias w:val="Date of birth (DD / MM / YYYY)"/>
                <w:tag w:val="Date of birth (DD / MM / YYYY)"/>
                <w:id w:val="237"/>
                <w:text/>
              </w:sdtPr>
              <w:sdtContent>
                <w:r w:rsidR="0077211A">
                  <w:t xml:space="preserve">                     </w:t>
                </w:r>
              </w:sdtContent>
            </w:sdt>
          </w:p>
        </w:tc>
        <w:tc>
          <w:tcPr>
            <w:tcW w:w="2268"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5B012C7B" w14:textId="77777777" w:rsidR="0077211A" w:rsidRDefault="0077211A" w:rsidP="006E5068">
            <w:pPr>
              <w:spacing w:after="40" w:line="240" w:lineRule="auto"/>
            </w:pPr>
            <w:r>
              <w:rPr>
                <w:b/>
                <w:color w:val="283E65"/>
                <w:sz w:val="18"/>
              </w:rPr>
              <w:t>Sex: M / F</w:t>
            </w:r>
          </w:p>
          <w:p w14:paraId="571451B5" w14:textId="77777777" w:rsidR="0077211A" w:rsidRDefault="00000000" w:rsidP="006E5068">
            <w:pPr>
              <w:spacing w:after="0" w:line="240" w:lineRule="auto"/>
            </w:pPr>
            <w:sdt>
              <w:sdtPr>
                <w:alias w:val="Sex: M / F"/>
                <w:tag w:val="Sex: M / F"/>
                <w:id w:val="238"/>
                <w:text/>
              </w:sdtPr>
              <w:sdtContent>
                <w:r w:rsidR="0077211A">
                  <w:t xml:space="preserve">                     </w:t>
                </w:r>
              </w:sdtContent>
            </w:sdt>
          </w:p>
        </w:tc>
        <w:tc>
          <w:tcPr>
            <w:tcW w:w="3912"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418F8397" w14:textId="77777777" w:rsidR="0077211A" w:rsidRDefault="0077211A" w:rsidP="006E5068">
            <w:pPr>
              <w:spacing w:after="40" w:line="240" w:lineRule="auto"/>
            </w:pPr>
            <w:r>
              <w:rPr>
                <w:b/>
                <w:color w:val="283E65"/>
                <w:sz w:val="18"/>
              </w:rPr>
              <w:t>NHI number (if known)</w:t>
            </w:r>
          </w:p>
          <w:p w14:paraId="39B814D8" w14:textId="77777777" w:rsidR="0077211A" w:rsidRDefault="00000000" w:rsidP="006E5068">
            <w:pPr>
              <w:spacing w:after="0" w:line="240" w:lineRule="auto"/>
            </w:pPr>
            <w:sdt>
              <w:sdtPr>
                <w:alias w:val="NHI number (if known)"/>
                <w:tag w:val="NHI number (if known)"/>
                <w:id w:val="239"/>
                <w:text/>
              </w:sdtPr>
              <w:sdtContent>
                <w:r w:rsidR="0077211A">
                  <w:t xml:space="preserve">                     </w:t>
                </w:r>
              </w:sdtContent>
            </w:sdt>
          </w:p>
        </w:tc>
      </w:tr>
    </w:tbl>
    <w:p w14:paraId="51C63B0A" w14:textId="77777777" w:rsidR="0077211A" w:rsidRDefault="0077211A" w:rsidP="0077211A">
      <w:pPr>
        <w:spacing w:after="60" w:line="40" w:lineRule="exact"/>
      </w:pPr>
    </w:p>
    <w:tbl>
      <w:tblPr>
        <w:tblW w:w="0" w:type="auto"/>
        <w:jc w:val="center"/>
        <w:tblLayout w:type="fixed"/>
        <w:tblLook w:val="04A0" w:firstRow="1" w:lastRow="0" w:firstColumn="1" w:lastColumn="0" w:noHBand="0" w:noVBand="1"/>
      </w:tblPr>
      <w:tblGrid>
        <w:gridCol w:w="7597"/>
        <w:gridCol w:w="2268"/>
      </w:tblGrid>
      <w:tr w:rsidR="0077211A" w14:paraId="0F11EDC8" w14:textId="77777777" w:rsidTr="006E5068">
        <w:trPr>
          <w:cantSplit/>
          <w:trHeight w:val="652"/>
          <w:jc w:val="center"/>
        </w:trPr>
        <w:tc>
          <w:tcPr>
            <w:tcW w:w="7597"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3CD3CC98" w14:textId="77777777" w:rsidR="0077211A" w:rsidRDefault="0077211A" w:rsidP="006E5068">
            <w:pPr>
              <w:spacing w:after="40" w:line="240" w:lineRule="auto"/>
            </w:pPr>
            <w:r>
              <w:rPr>
                <w:b/>
                <w:color w:val="283E65"/>
                <w:sz w:val="18"/>
              </w:rPr>
              <w:t>Home address</w:t>
            </w:r>
          </w:p>
          <w:p w14:paraId="245CB485" w14:textId="77777777" w:rsidR="0077211A" w:rsidRDefault="00000000" w:rsidP="006E5068">
            <w:pPr>
              <w:spacing w:after="0" w:line="240" w:lineRule="auto"/>
            </w:pPr>
            <w:sdt>
              <w:sdtPr>
                <w:alias w:val="Home address"/>
                <w:tag w:val="Home address"/>
                <w:id w:val="240"/>
                <w:text/>
              </w:sdtPr>
              <w:sdtContent>
                <w:r w:rsidR="0077211A">
                  <w:t xml:space="preserve">                     </w:t>
                </w:r>
              </w:sdtContent>
            </w:sdt>
          </w:p>
        </w:tc>
        <w:tc>
          <w:tcPr>
            <w:tcW w:w="2268"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138608DE" w14:textId="77777777" w:rsidR="0077211A" w:rsidRDefault="0077211A" w:rsidP="006E5068">
            <w:pPr>
              <w:spacing w:after="40" w:line="240" w:lineRule="auto"/>
            </w:pPr>
            <w:r>
              <w:rPr>
                <w:b/>
                <w:color w:val="283E65"/>
                <w:sz w:val="18"/>
              </w:rPr>
              <w:t>Postcode</w:t>
            </w:r>
          </w:p>
          <w:p w14:paraId="180EE91E" w14:textId="77777777" w:rsidR="0077211A" w:rsidRDefault="00000000" w:rsidP="006E5068">
            <w:pPr>
              <w:spacing w:after="0" w:line="240" w:lineRule="auto"/>
            </w:pPr>
            <w:sdt>
              <w:sdtPr>
                <w:alias w:val="Postcode"/>
                <w:tag w:val="Postcode"/>
                <w:id w:val="241"/>
                <w:text/>
              </w:sdtPr>
              <w:sdtContent>
                <w:r w:rsidR="0077211A">
                  <w:t xml:space="preserve">                     </w:t>
                </w:r>
              </w:sdtContent>
            </w:sdt>
          </w:p>
        </w:tc>
      </w:tr>
    </w:tbl>
    <w:p w14:paraId="3DDBC8E1" w14:textId="77777777" w:rsidR="0077211A" w:rsidRDefault="0077211A" w:rsidP="0077211A">
      <w:pPr>
        <w:spacing w:after="60" w:line="40" w:lineRule="exact"/>
      </w:pPr>
    </w:p>
    <w:tbl>
      <w:tblPr>
        <w:tblW w:w="0" w:type="auto"/>
        <w:jc w:val="center"/>
        <w:tblLayout w:type="fixed"/>
        <w:tblLook w:val="04A0" w:firstRow="1" w:lastRow="0" w:firstColumn="1" w:lastColumn="0" w:noHBand="0" w:noVBand="1"/>
      </w:tblPr>
      <w:tblGrid>
        <w:gridCol w:w="4932"/>
        <w:gridCol w:w="4932"/>
      </w:tblGrid>
      <w:tr w:rsidR="0077211A" w14:paraId="49B13E9F" w14:textId="77777777" w:rsidTr="006E5068">
        <w:trPr>
          <w:cantSplit/>
          <w:trHeight w:val="539"/>
          <w:jc w:val="center"/>
        </w:trPr>
        <w:tc>
          <w:tcPr>
            <w:tcW w:w="4932"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33B6348F" w14:textId="77777777" w:rsidR="0077211A" w:rsidRDefault="0077211A" w:rsidP="006E5068">
            <w:pPr>
              <w:spacing w:after="40" w:line="240" w:lineRule="auto"/>
            </w:pPr>
            <w:r>
              <w:rPr>
                <w:b/>
                <w:color w:val="283E65"/>
                <w:sz w:val="18"/>
              </w:rPr>
              <w:t>Contact name</w:t>
            </w:r>
          </w:p>
          <w:p w14:paraId="700B1D1A" w14:textId="77777777" w:rsidR="0077211A" w:rsidRDefault="00000000" w:rsidP="006E5068">
            <w:pPr>
              <w:spacing w:after="0" w:line="240" w:lineRule="auto"/>
            </w:pPr>
            <w:sdt>
              <w:sdtPr>
                <w:alias w:val="Contact name"/>
                <w:tag w:val="Contact name"/>
                <w:id w:val="242"/>
                <w:text/>
              </w:sdtPr>
              <w:sdtContent>
                <w:r w:rsidR="0077211A">
                  <w:t xml:space="preserve">                     </w:t>
                </w:r>
              </w:sdtContent>
            </w:sdt>
          </w:p>
        </w:tc>
        <w:tc>
          <w:tcPr>
            <w:tcW w:w="4932"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75684F66" w14:textId="77777777" w:rsidR="0077211A" w:rsidRDefault="0077211A" w:rsidP="006E5068">
            <w:pPr>
              <w:spacing w:after="40" w:line="240" w:lineRule="auto"/>
            </w:pPr>
            <w:r>
              <w:rPr>
                <w:b/>
                <w:color w:val="283E65"/>
                <w:sz w:val="18"/>
              </w:rPr>
              <w:t xml:space="preserve">Work </w:t>
            </w:r>
            <w:proofErr w:type="gramStart"/>
            <w:r>
              <w:rPr>
                <w:b/>
                <w:color w:val="283E65"/>
                <w:sz w:val="18"/>
              </w:rPr>
              <w:t>phone</w:t>
            </w:r>
            <w:proofErr w:type="gramEnd"/>
          </w:p>
          <w:p w14:paraId="3DBAFE0E" w14:textId="77777777" w:rsidR="0077211A" w:rsidRDefault="00000000" w:rsidP="006E5068">
            <w:pPr>
              <w:spacing w:after="0" w:line="240" w:lineRule="auto"/>
            </w:pPr>
            <w:sdt>
              <w:sdtPr>
                <w:alias w:val="Work phone"/>
                <w:tag w:val="Work phone"/>
                <w:id w:val="243"/>
                <w:text/>
              </w:sdtPr>
              <w:sdtContent>
                <w:r w:rsidR="0077211A">
                  <w:t xml:space="preserve">                     </w:t>
                </w:r>
              </w:sdtContent>
            </w:sdt>
          </w:p>
        </w:tc>
      </w:tr>
    </w:tbl>
    <w:p w14:paraId="2FBC23F1" w14:textId="77777777" w:rsidR="0077211A" w:rsidRDefault="0077211A" w:rsidP="0077211A">
      <w:pPr>
        <w:spacing w:after="60" w:line="40" w:lineRule="exact"/>
      </w:pPr>
    </w:p>
    <w:tbl>
      <w:tblPr>
        <w:tblW w:w="0" w:type="auto"/>
        <w:jc w:val="center"/>
        <w:tblLayout w:type="fixed"/>
        <w:tblLook w:val="04A0" w:firstRow="1" w:lastRow="0" w:firstColumn="1" w:lastColumn="0" w:noHBand="0" w:noVBand="1"/>
      </w:tblPr>
      <w:tblGrid>
        <w:gridCol w:w="4932"/>
        <w:gridCol w:w="4932"/>
      </w:tblGrid>
      <w:tr w:rsidR="0077211A" w14:paraId="55AC3321" w14:textId="77777777" w:rsidTr="006E5068">
        <w:trPr>
          <w:cantSplit/>
          <w:trHeight w:val="539"/>
          <w:jc w:val="center"/>
        </w:trPr>
        <w:tc>
          <w:tcPr>
            <w:tcW w:w="4932"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5FBBA7A5" w14:textId="77777777" w:rsidR="0077211A" w:rsidRDefault="0077211A" w:rsidP="006E5068">
            <w:pPr>
              <w:spacing w:after="40" w:line="240" w:lineRule="auto"/>
            </w:pPr>
            <w:r>
              <w:rPr>
                <w:b/>
                <w:color w:val="283E65"/>
                <w:sz w:val="18"/>
              </w:rPr>
              <w:t>Alternative contact name</w:t>
            </w:r>
          </w:p>
          <w:p w14:paraId="3D1B4FA4" w14:textId="77777777" w:rsidR="0077211A" w:rsidRDefault="00000000" w:rsidP="006E5068">
            <w:pPr>
              <w:spacing w:after="0" w:line="240" w:lineRule="auto"/>
            </w:pPr>
            <w:sdt>
              <w:sdtPr>
                <w:alias w:val="Alternative contact name"/>
                <w:tag w:val="Alternative contact name"/>
                <w:id w:val="244"/>
                <w:text/>
              </w:sdtPr>
              <w:sdtContent>
                <w:r w:rsidR="0077211A">
                  <w:t xml:space="preserve">                     </w:t>
                </w:r>
              </w:sdtContent>
            </w:sdt>
          </w:p>
        </w:tc>
        <w:tc>
          <w:tcPr>
            <w:tcW w:w="4932"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5BCB133A" w14:textId="77777777" w:rsidR="0077211A" w:rsidRDefault="0077211A" w:rsidP="006E5068">
            <w:pPr>
              <w:spacing w:after="40" w:line="240" w:lineRule="auto"/>
            </w:pPr>
            <w:r>
              <w:rPr>
                <w:b/>
                <w:color w:val="283E65"/>
                <w:sz w:val="18"/>
              </w:rPr>
              <w:t>Alternative contact phone</w:t>
            </w:r>
          </w:p>
          <w:p w14:paraId="18AD914F" w14:textId="77777777" w:rsidR="0077211A" w:rsidRDefault="00000000" w:rsidP="006E5068">
            <w:pPr>
              <w:spacing w:after="0" w:line="240" w:lineRule="auto"/>
            </w:pPr>
            <w:sdt>
              <w:sdtPr>
                <w:alias w:val="Alternative contact phone"/>
                <w:tag w:val="Alternative contact phone"/>
                <w:id w:val="245"/>
                <w:text/>
              </w:sdtPr>
              <w:sdtContent>
                <w:r w:rsidR="0077211A">
                  <w:t xml:space="preserve">                     </w:t>
                </w:r>
              </w:sdtContent>
            </w:sdt>
          </w:p>
        </w:tc>
      </w:tr>
    </w:tbl>
    <w:p w14:paraId="4A325201" w14:textId="77777777" w:rsidR="0077211A" w:rsidRDefault="0077211A" w:rsidP="0077211A">
      <w:pPr>
        <w:spacing w:after="60" w:line="40" w:lineRule="exact"/>
      </w:pPr>
    </w:p>
    <w:tbl>
      <w:tblPr>
        <w:tblW w:w="0" w:type="auto"/>
        <w:jc w:val="center"/>
        <w:tblLayout w:type="fixed"/>
        <w:tblLook w:val="04A0" w:firstRow="1" w:lastRow="0" w:firstColumn="1" w:lastColumn="0" w:noHBand="0" w:noVBand="1"/>
      </w:tblPr>
      <w:tblGrid>
        <w:gridCol w:w="4932"/>
        <w:gridCol w:w="4932"/>
      </w:tblGrid>
      <w:tr w:rsidR="0077211A" w14:paraId="067C532D" w14:textId="77777777" w:rsidTr="006E5068">
        <w:trPr>
          <w:cantSplit/>
          <w:trHeight w:val="539"/>
          <w:jc w:val="center"/>
        </w:trPr>
        <w:tc>
          <w:tcPr>
            <w:tcW w:w="4932"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0780C21D" w14:textId="77777777" w:rsidR="0077211A" w:rsidRDefault="0077211A" w:rsidP="006E5068">
            <w:pPr>
              <w:spacing w:after="40" w:line="240" w:lineRule="auto"/>
            </w:pPr>
            <w:r>
              <w:rPr>
                <w:b/>
                <w:color w:val="283E65"/>
                <w:sz w:val="18"/>
              </w:rPr>
              <w:t>Mobile phone</w:t>
            </w:r>
          </w:p>
          <w:p w14:paraId="71A38C87" w14:textId="77777777" w:rsidR="0077211A" w:rsidRDefault="00000000" w:rsidP="006E5068">
            <w:pPr>
              <w:spacing w:after="0" w:line="240" w:lineRule="auto"/>
            </w:pPr>
            <w:sdt>
              <w:sdtPr>
                <w:alias w:val="Mobile phone"/>
                <w:tag w:val="Mobile phone"/>
                <w:id w:val="246"/>
                <w:text/>
              </w:sdtPr>
              <w:sdtContent>
                <w:r w:rsidR="0077211A">
                  <w:t xml:space="preserve">                     </w:t>
                </w:r>
              </w:sdtContent>
            </w:sdt>
          </w:p>
        </w:tc>
        <w:tc>
          <w:tcPr>
            <w:tcW w:w="4932"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2A530783" w14:textId="77777777" w:rsidR="0077211A" w:rsidRDefault="0077211A" w:rsidP="006E5068">
            <w:pPr>
              <w:spacing w:after="40" w:line="240" w:lineRule="auto"/>
            </w:pPr>
            <w:r>
              <w:rPr>
                <w:b/>
                <w:color w:val="283E65"/>
                <w:sz w:val="18"/>
              </w:rPr>
              <w:t>Email</w:t>
            </w:r>
          </w:p>
          <w:p w14:paraId="4E53F8CB" w14:textId="77777777" w:rsidR="0077211A" w:rsidRDefault="00000000" w:rsidP="006E5068">
            <w:pPr>
              <w:spacing w:after="0" w:line="240" w:lineRule="auto"/>
            </w:pPr>
            <w:sdt>
              <w:sdtPr>
                <w:alias w:val="Email"/>
                <w:tag w:val="Email"/>
                <w:id w:val="247"/>
                <w:text/>
              </w:sdtPr>
              <w:sdtContent>
                <w:r w:rsidR="0077211A">
                  <w:t xml:space="preserve">                     </w:t>
                </w:r>
              </w:sdtContent>
            </w:sdt>
          </w:p>
        </w:tc>
      </w:tr>
    </w:tbl>
    <w:p w14:paraId="6A8F8723" w14:textId="77777777" w:rsidR="0077211A" w:rsidRDefault="0077211A" w:rsidP="0077211A">
      <w:pPr>
        <w:spacing w:after="60" w:line="40" w:lineRule="exact"/>
      </w:pPr>
    </w:p>
    <w:p w14:paraId="1F4046D9" w14:textId="77777777" w:rsidR="0077211A" w:rsidRDefault="0077211A" w:rsidP="0077211A">
      <w:pPr>
        <w:spacing w:after="60"/>
      </w:pPr>
      <w:r>
        <w:rPr>
          <w:b/>
        </w:rPr>
        <w:t>Ethnicity (tick and specify where needed)</w:t>
      </w:r>
    </w:p>
    <w:p w14:paraId="7FEAB357" w14:textId="77777777" w:rsidR="0077211A" w:rsidRDefault="00000000" w:rsidP="0077211A">
      <w:sdt>
        <w:sdtPr>
          <w:alias w:val="NZ Māori"/>
          <w:id w:val="248"/>
          <w14:checkbox>
            <w14:checked w14:val="0"/>
            <w14:checkedState w14:val="2612" w14:font="DejaVu Sans"/>
            <w14:uncheckedState w14:val="2610" w14:font="DejaVu Sans"/>
          </w14:checkbox>
        </w:sdtPr>
        <w:sdtContent>
          <w:r w:rsidR="0077211A">
            <w:rPr>
              <w:rFonts w:ascii="DejaVu Sans" w:hAnsi="DejaVu Sans"/>
              <w:sz w:val="22"/>
            </w:rPr>
            <w:t>☐</w:t>
          </w:r>
        </w:sdtContent>
      </w:sdt>
      <w:r w:rsidR="0077211A">
        <w:t xml:space="preserve"> NZ Māori   </w:t>
      </w:r>
      <w:sdt>
        <w:sdtPr>
          <w:alias w:val="NZ European"/>
          <w:id w:val="249"/>
          <w14:checkbox>
            <w14:checked w14:val="0"/>
            <w14:checkedState w14:val="2612" w14:font="DejaVu Sans"/>
            <w14:uncheckedState w14:val="2610" w14:font="DejaVu Sans"/>
          </w14:checkbox>
        </w:sdtPr>
        <w:sdtContent>
          <w:r w:rsidR="0077211A">
            <w:rPr>
              <w:rFonts w:ascii="DejaVu Sans" w:hAnsi="DejaVu Sans"/>
              <w:sz w:val="22"/>
            </w:rPr>
            <w:t>☐</w:t>
          </w:r>
        </w:sdtContent>
      </w:sdt>
      <w:r w:rsidR="0077211A">
        <w:t xml:space="preserve"> NZ European   </w:t>
      </w:r>
      <w:sdt>
        <w:sdtPr>
          <w:alias w:val="Pacific Islander"/>
          <w:id w:val="250"/>
          <w14:checkbox>
            <w14:checked w14:val="0"/>
            <w14:checkedState w14:val="2612" w14:font="DejaVu Sans"/>
            <w14:uncheckedState w14:val="2610" w14:font="DejaVu Sans"/>
          </w14:checkbox>
        </w:sdtPr>
        <w:sdtContent>
          <w:r w:rsidR="0077211A">
            <w:rPr>
              <w:rFonts w:ascii="DejaVu Sans" w:hAnsi="DejaVu Sans"/>
              <w:sz w:val="22"/>
            </w:rPr>
            <w:t>☐</w:t>
          </w:r>
        </w:sdtContent>
      </w:sdt>
      <w:r w:rsidR="0077211A">
        <w:t xml:space="preserve"> Pacific Islander   </w:t>
      </w:r>
      <w:sdt>
        <w:sdtPr>
          <w:alias w:val="Other"/>
          <w:id w:val="251"/>
          <w14:checkbox>
            <w14:checked w14:val="0"/>
            <w14:checkedState w14:val="2612" w14:font="DejaVu Sans"/>
            <w14:uncheckedState w14:val="2610" w14:font="DejaVu Sans"/>
          </w14:checkbox>
        </w:sdtPr>
        <w:sdtContent>
          <w:r w:rsidR="0077211A">
            <w:rPr>
              <w:rFonts w:ascii="DejaVu Sans" w:hAnsi="DejaVu Sans"/>
              <w:sz w:val="22"/>
            </w:rPr>
            <w:t>☐</w:t>
          </w:r>
        </w:sdtContent>
      </w:sdt>
      <w:r w:rsidR="0077211A">
        <w:t xml:space="preserve"> Other   </w:t>
      </w:r>
    </w:p>
    <w:tbl>
      <w:tblPr>
        <w:tblW w:w="0" w:type="auto"/>
        <w:jc w:val="center"/>
        <w:tblLayout w:type="fixed"/>
        <w:tblLook w:val="04A0" w:firstRow="1" w:lastRow="0" w:firstColumn="1" w:lastColumn="0" w:noHBand="0" w:noVBand="1"/>
      </w:tblPr>
      <w:tblGrid>
        <w:gridCol w:w="3969"/>
        <w:gridCol w:w="2948"/>
        <w:gridCol w:w="2948"/>
      </w:tblGrid>
      <w:tr w:rsidR="0077211A" w14:paraId="14A9BB82" w14:textId="77777777" w:rsidTr="006E5068">
        <w:trPr>
          <w:cantSplit/>
          <w:trHeight w:val="539"/>
          <w:jc w:val="center"/>
        </w:trPr>
        <w:tc>
          <w:tcPr>
            <w:tcW w:w="3969"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69EF1FDE" w14:textId="77777777" w:rsidR="0077211A" w:rsidRDefault="0077211A" w:rsidP="006E5068">
            <w:pPr>
              <w:spacing w:after="40" w:line="240" w:lineRule="auto"/>
            </w:pPr>
            <w:proofErr w:type="gramStart"/>
            <w:r>
              <w:rPr>
                <w:b/>
                <w:color w:val="283E65"/>
                <w:sz w:val="18"/>
              </w:rPr>
              <w:t>Other</w:t>
            </w:r>
            <w:proofErr w:type="gramEnd"/>
            <w:r>
              <w:rPr>
                <w:b/>
                <w:color w:val="283E65"/>
                <w:sz w:val="18"/>
              </w:rPr>
              <w:t xml:space="preserve"> ethnicity: please specify</w:t>
            </w:r>
          </w:p>
          <w:p w14:paraId="15A66CE1" w14:textId="77777777" w:rsidR="0077211A" w:rsidRDefault="00000000" w:rsidP="006E5068">
            <w:pPr>
              <w:spacing w:after="0" w:line="240" w:lineRule="auto"/>
            </w:pPr>
            <w:sdt>
              <w:sdtPr>
                <w:alias w:val="Other ethnicity: please specify"/>
                <w:tag w:val="Other ethnicity: please specify"/>
                <w:id w:val="252"/>
                <w:text/>
              </w:sdtPr>
              <w:sdtContent>
                <w:r w:rsidR="0077211A">
                  <w:t xml:space="preserve">                     </w:t>
                </w:r>
              </w:sdtContent>
            </w:sdt>
          </w:p>
        </w:tc>
        <w:tc>
          <w:tcPr>
            <w:tcW w:w="2948"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2CABB66D" w14:textId="77777777" w:rsidR="0077211A" w:rsidRDefault="0077211A" w:rsidP="006E5068">
            <w:pPr>
              <w:spacing w:after="40" w:line="240" w:lineRule="auto"/>
            </w:pPr>
            <w:r>
              <w:rPr>
                <w:b/>
                <w:color w:val="283E65"/>
                <w:sz w:val="18"/>
              </w:rPr>
              <w:t>Iwi</w:t>
            </w:r>
          </w:p>
          <w:p w14:paraId="52824066" w14:textId="77777777" w:rsidR="0077211A" w:rsidRDefault="00000000" w:rsidP="006E5068">
            <w:pPr>
              <w:spacing w:after="0" w:line="240" w:lineRule="auto"/>
            </w:pPr>
            <w:sdt>
              <w:sdtPr>
                <w:alias w:val="Iwi"/>
                <w:tag w:val="Iwi"/>
                <w:id w:val="253"/>
                <w:text/>
              </w:sdtPr>
              <w:sdtContent>
                <w:r w:rsidR="0077211A">
                  <w:t xml:space="preserve">                     </w:t>
                </w:r>
              </w:sdtContent>
            </w:sdt>
          </w:p>
        </w:tc>
        <w:tc>
          <w:tcPr>
            <w:tcW w:w="2948"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69ED69DC" w14:textId="77777777" w:rsidR="0077211A" w:rsidRDefault="0077211A" w:rsidP="006E5068">
            <w:pPr>
              <w:spacing w:after="40" w:line="240" w:lineRule="auto"/>
            </w:pPr>
            <w:r>
              <w:rPr>
                <w:b/>
                <w:color w:val="283E65"/>
                <w:sz w:val="18"/>
              </w:rPr>
              <w:t>Hapū</w:t>
            </w:r>
          </w:p>
          <w:p w14:paraId="540310D6" w14:textId="77777777" w:rsidR="0077211A" w:rsidRDefault="00000000" w:rsidP="006E5068">
            <w:pPr>
              <w:spacing w:after="0" w:line="240" w:lineRule="auto"/>
            </w:pPr>
            <w:sdt>
              <w:sdtPr>
                <w:alias w:val="Hapū"/>
                <w:tag w:val="Hapū"/>
                <w:id w:val="254"/>
                <w:text/>
              </w:sdtPr>
              <w:sdtContent>
                <w:r w:rsidR="0077211A">
                  <w:t xml:space="preserve">                     </w:t>
                </w:r>
              </w:sdtContent>
            </w:sdt>
          </w:p>
        </w:tc>
      </w:tr>
    </w:tbl>
    <w:p w14:paraId="4E8B34EE" w14:textId="77777777" w:rsidR="0077211A" w:rsidRDefault="0077211A" w:rsidP="0077211A">
      <w:pPr>
        <w:spacing w:after="60" w:line="40" w:lineRule="exact"/>
      </w:pPr>
    </w:p>
    <w:tbl>
      <w:tblPr>
        <w:tblW w:w="0" w:type="auto"/>
        <w:jc w:val="center"/>
        <w:tblLayout w:type="fixed"/>
        <w:tblLook w:val="04A0" w:firstRow="1" w:lastRow="0" w:firstColumn="1" w:lastColumn="0" w:noHBand="0" w:noVBand="1"/>
      </w:tblPr>
      <w:tblGrid>
        <w:gridCol w:w="4932"/>
        <w:gridCol w:w="4932"/>
      </w:tblGrid>
      <w:tr w:rsidR="0077211A" w14:paraId="4E296975" w14:textId="77777777" w:rsidTr="006E5068">
        <w:trPr>
          <w:cantSplit/>
          <w:trHeight w:val="539"/>
          <w:jc w:val="center"/>
        </w:trPr>
        <w:tc>
          <w:tcPr>
            <w:tcW w:w="4932"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4D7A6BF9" w14:textId="77777777" w:rsidR="0077211A" w:rsidRDefault="0077211A" w:rsidP="006E5068">
            <w:pPr>
              <w:spacing w:after="40" w:line="240" w:lineRule="auto"/>
            </w:pPr>
            <w:r>
              <w:rPr>
                <w:b/>
                <w:color w:val="283E65"/>
                <w:sz w:val="18"/>
              </w:rPr>
              <w:t>School / educational facility</w:t>
            </w:r>
          </w:p>
          <w:p w14:paraId="6C8CFD4E" w14:textId="77777777" w:rsidR="0077211A" w:rsidRDefault="00000000" w:rsidP="006E5068">
            <w:pPr>
              <w:spacing w:after="0" w:line="240" w:lineRule="auto"/>
            </w:pPr>
            <w:sdt>
              <w:sdtPr>
                <w:alias w:val="School / educational facility"/>
                <w:tag w:val="School / educational facility"/>
                <w:id w:val="255"/>
                <w:text/>
              </w:sdtPr>
              <w:sdtContent>
                <w:r w:rsidR="0077211A">
                  <w:t xml:space="preserve">                     </w:t>
                </w:r>
              </w:sdtContent>
            </w:sdt>
          </w:p>
        </w:tc>
        <w:tc>
          <w:tcPr>
            <w:tcW w:w="4932"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77DE8EF8" w14:textId="77777777" w:rsidR="0077211A" w:rsidRDefault="0077211A" w:rsidP="006E5068">
            <w:pPr>
              <w:spacing w:after="40" w:line="240" w:lineRule="auto"/>
            </w:pPr>
            <w:r>
              <w:rPr>
                <w:b/>
                <w:color w:val="283E65"/>
                <w:sz w:val="18"/>
              </w:rPr>
              <w:t>Doctor (GP) / practice name</w:t>
            </w:r>
          </w:p>
          <w:p w14:paraId="301FC731" w14:textId="77777777" w:rsidR="0077211A" w:rsidRDefault="00000000" w:rsidP="006E5068">
            <w:pPr>
              <w:spacing w:after="0" w:line="240" w:lineRule="auto"/>
            </w:pPr>
            <w:sdt>
              <w:sdtPr>
                <w:alias w:val="Doctor (GP) / practice name"/>
                <w:tag w:val="Doctor (GP) / practice name"/>
                <w:id w:val="256"/>
                <w:text/>
              </w:sdtPr>
              <w:sdtContent>
                <w:r w:rsidR="0077211A">
                  <w:t xml:space="preserve">                     </w:t>
                </w:r>
              </w:sdtContent>
            </w:sdt>
          </w:p>
        </w:tc>
      </w:tr>
    </w:tbl>
    <w:p w14:paraId="25BF925C" w14:textId="77777777" w:rsidR="0077211A" w:rsidRDefault="0077211A" w:rsidP="0077211A">
      <w:pPr>
        <w:spacing w:after="60" w:line="40" w:lineRule="exact"/>
      </w:pPr>
    </w:p>
    <w:p w14:paraId="415E99A1" w14:textId="77777777" w:rsidR="0077211A" w:rsidRDefault="0077211A" w:rsidP="0077211A">
      <w:pPr>
        <w:pStyle w:val="Heading2"/>
      </w:pPr>
      <w:r>
        <w:t>What you are consenting to</w:t>
      </w:r>
    </w:p>
    <w:p w14:paraId="653896E5" w14:textId="77777777" w:rsidR="0077211A" w:rsidRDefault="0077211A" w:rsidP="0077211A">
      <w:r>
        <w:rPr>
          <w:sz w:val="20"/>
        </w:rPr>
        <w:t>By signing this enrolment form for you or your child, you agree to receive ongoing oral health care until the patient’s 18th birthday. This includes regular dental examinations, dental X-rays and preventive care when needed (including fluoride varnish and fissure sealants). These procedures will be explained fully before proceeding at each visit.</w:t>
      </w:r>
    </w:p>
    <w:p w14:paraId="4701AE20" w14:textId="77777777" w:rsidR="0077211A" w:rsidRDefault="0077211A" w:rsidP="0077211A">
      <w:r>
        <w:rPr>
          <w:sz w:val="20"/>
        </w:rPr>
        <w:t>If further dental treatment is needed, you will be informed and asked for further consent before treatment begins.</w:t>
      </w:r>
    </w:p>
    <w:tbl>
      <w:tblPr>
        <w:tblW w:w="0" w:type="auto"/>
        <w:jc w:val="center"/>
        <w:tblLayout w:type="fixed"/>
        <w:tblLook w:val="04A0" w:firstRow="1" w:lastRow="0" w:firstColumn="1" w:lastColumn="0" w:noHBand="0" w:noVBand="1"/>
      </w:tblPr>
      <w:tblGrid>
        <w:gridCol w:w="9865"/>
      </w:tblGrid>
      <w:tr w:rsidR="0077211A" w14:paraId="1721168C" w14:textId="77777777" w:rsidTr="006E5068">
        <w:trPr>
          <w:cantSplit/>
          <w:trHeight w:val="595"/>
          <w:jc w:val="center"/>
        </w:trPr>
        <w:tc>
          <w:tcPr>
            <w:tcW w:w="9865"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2681E0C9" w14:textId="77777777" w:rsidR="0077211A" w:rsidRDefault="0077211A" w:rsidP="006E5068">
            <w:pPr>
              <w:spacing w:after="40" w:line="240" w:lineRule="auto"/>
            </w:pPr>
            <w:r>
              <w:rPr>
                <w:b/>
                <w:color w:val="283E65"/>
                <w:sz w:val="18"/>
              </w:rPr>
              <w:t>Patient signature (if 16 years or older)</w:t>
            </w:r>
          </w:p>
          <w:p w14:paraId="5F994CB8" w14:textId="77777777" w:rsidR="0077211A" w:rsidRDefault="00000000" w:rsidP="006E5068">
            <w:pPr>
              <w:spacing w:after="0" w:line="240" w:lineRule="auto"/>
            </w:pPr>
            <w:sdt>
              <w:sdtPr>
                <w:alias w:val="Patient signature (if 16 years or older)"/>
                <w:tag w:val="Patient signature (if 16 years or older)"/>
                <w:id w:val="257"/>
                <w:text/>
              </w:sdtPr>
              <w:sdtContent>
                <w:r w:rsidR="0077211A">
                  <w:t xml:space="preserve">                     </w:t>
                </w:r>
              </w:sdtContent>
            </w:sdt>
          </w:p>
        </w:tc>
      </w:tr>
    </w:tbl>
    <w:p w14:paraId="6B6ABB52" w14:textId="77777777" w:rsidR="0077211A" w:rsidRDefault="0077211A" w:rsidP="0077211A">
      <w:pPr>
        <w:spacing w:after="60" w:line="40" w:lineRule="exact"/>
      </w:pPr>
    </w:p>
    <w:tbl>
      <w:tblPr>
        <w:tblW w:w="0" w:type="auto"/>
        <w:jc w:val="center"/>
        <w:tblLayout w:type="fixed"/>
        <w:tblLook w:val="04A0" w:firstRow="1" w:lastRow="0" w:firstColumn="1" w:lastColumn="0" w:noHBand="0" w:noVBand="1"/>
      </w:tblPr>
      <w:tblGrid>
        <w:gridCol w:w="9865"/>
      </w:tblGrid>
      <w:tr w:rsidR="0077211A" w14:paraId="6C6C31A6" w14:textId="77777777" w:rsidTr="006E5068">
        <w:trPr>
          <w:cantSplit/>
          <w:trHeight w:val="595"/>
          <w:jc w:val="center"/>
        </w:trPr>
        <w:tc>
          <w:tcPr>
            <w:tcW w:w="9865"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78A1170C" w14:textId="77777777" w:rsidR="0077211A" w:rsidRDefault="0077211A" w:rsidP="006E5068">
            <w:pPr>
              <w:spacing w:after="40" w:line="240" w:lineRule="auto"/>
            </w:pPr>
            <w:r>
              <w:rPr>
                <w:b/>
                <w:color w:val="283E65"/>
                <w:sz w:val="18"/>
              </w:rPr>
              <w:t>Parent / legal guardian signature</w:t>
            </w:r>
          </w:p>
          <w:p w14:paraId="56FE14AE" w14:textId="77777777" w:rsidR="0077211A" w:rsidRDefault="00000000" w:rsidP="006E5068">
            <w:pPr>
              <w:spacing w:after="0" w:line="240" w:lineRule="auto"/>
            </w:pPr>
            <w:sdt>
              <w:sdtPr>
                <w:alias w:val="Parent / legal guardian signature"/>
                <w:tag w:val="Parent / legal guardian signature"/>
                <w:id w:val="258"/>
                <w:text/>
              </w:sdtPr>
              <w:sdtContent>
                <w:r w:rsidR="0077211A">
                  <w:t xml:space="preserve">                     </w:t>
                </w:r>
              </w:sdtContent>
            </w:sdt>
          </w:p>
        </w:tc>
      </w:tr>
    </w:tbl>
    <w:p w14:paraId="0DB9905D" w14:textId="77777777" w:rsidR="0077211A" w:rsidRDefault="0077211A" w:rsidP="0077211A">
      <w:pPr>
        <w:spacing w:after="60" w:line="40" w:lineRule="exact"/>
      </w:pPr>
    </w:p>
    <w:tbl>
      <w:tblPr>
        <w:tblW w:w="0" w:type="auto"/>
        <w:jc w:val="center"/>
        <w:tblLayout w:type="fixed"/>
        <w:tblLook w:val="04A0" w:firstRow="1" w:lastRow="0" w:firstColumn="1" w:lastColumn="0" w:noHBand="0" w:noVBand="1"/>
      </w:tblPr>
      <w:tblGrid>
        <w:gridCol w:w="4932"/>
        <w:gridCol w:w="4932"/>
      </w:tblGrid>
      <w:tr w:rsidR="0077211A" w14:paraId="67E7127D" w14:textId="77777777" w:rsidTr="006E5068">
        <w:trPr>
          <w:cantSplit/>
          <w:trHeight w:val="539"/>
          <w:jc w:val="center"/>
        </w:trPr>
        <w:tc>
          <w:tcPr>
            <w:tcW w:w="4932"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22E3F85C" w14:textId="77777777" w:rsidR="0077211A" w:rsidRDefault="0077211A" w:rsidP="006E5068">
            <w:pPr>
              <w:spacing w:after="40" w:line="240" w:lineRule="auto"/>
            </w:pPr>
            <w:r>
              <w:rPr>
                <w:b/>
                <w:color w:val="283E65"/>
                <w:sz w:val="18"/>
              </w:rPr>
              <w:t>Print name of person giving consent</w:t>
            </w:r>
          </w:p>
          <w:p w14:paraId="1EBB9A38" w14:textId="77777777" w:rsidR="0077211A" w:rsidRDefault="00000000" w:rsidP="006E5068">
            <w:pPr>
              <w:spacing w:after="0" w:line="240" w:lineRule="auto"/>
            </w:pPr>
            <w:sdt>
              <w:sdtPr>
                <w:alias w:val="Print name of person giving consent"/>
                <w:tag w:val="Print name of person giving consent"/>
                <w:id w:val="259"/>
                <w:text/>
              </w:sdtPr>
              <w:sdtContent>
                <w:r w:rsidR="0077211A">
                  <w:t xml:space="preserve">                     </w:t>
                </w:r>
              </w:sdtContent>
            </w:sdt>
          </w:p>
        </w:tc>
        <w:tc>
          <w:tcPr>
            <w:tcW w:w="4932"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1E18240C" w14:textId="77777777" w:rsidR="0077211A" w:rsidRDefault="0077211A" w:rsidP="006E5068">
            <w:pPr>
              <w:spacing w:after="40" w:line="240" w:lineRule="auto"/>
            </w:pPr>
            <w:r>
              <w:rPr>
                <w:b/>
                <w:color w:val="283E65"/>
                <w:sz w:val="18"/>
              </w:rPr>
              <w:t>Relationship to patient (if applicable)</w:t>
            </w:r>
          </w:p>
          <w:p w14:paraId="1F2BA1B3" w14:textId="77777777" w:rsidR="0077211A" w:rsidRDefault="00000000" w:rsidP="006E5068">
            <w:pPr>
              <w:spacing w:after="0" w:line="240" w:lineRule="auto"/>
            </w:pPr>
            <w:sdt>
              <w:sdtPr>
                <w:alias w:val="Relationship to patient (if applicable)"/>
                <w:tag w:val="Relationship to patient (if applicable)"/>
                <w:id w:val="260"/>
                <w:text/>
              </w:sdtPr>
              <w:sdtContent>
                <w:r w:rsidR="0077211A">
                  <w:t xml:space="preserve">                     </w:t>
                </w:r>
              </w:sdtContent>
            </w:sdt>
          </w:p>
        </w:tc>
      </w:tr>
    </w:tbl>
    <w:p w14:paraId="26BD23AC" w14:textId="77777777" w:rsidR="0077211A" w:rsidRDefault="0077211A" w:rsidP="0077211A">
      <w:pPr>
        <w:spacing w:after="60" w:line="40" w:lineRule="exact"/>
      </w:pPr>
    </w:p>
    <w:tbl>
      <w:tblPr>
        <w:tblW w:w="0" w:type="auto"/>
        <w:jc w:val="center"/>
        <w:tblLayout w:type="fixed"/>
        <w:tblLook w:val="04A0" w:firstRow="1" w:lastRow="0" w:firstColumn="1" w:lastColumn="0" w:noHBand="0" w:noVBand="1"/>
      </w:tblPr>
      <w:tblGrid>
        <w:gridCol w:w="9865"/>
      </w:tblGrid>
      <w:tr w:rsidR="0077211A" w14:paraId="5C9F53D0" w14:textId="77777777" w:rsidTr="006E5068">
        <w:trPr>
          <w:cantSplit/>
          <w:trHeight w:val="539"/>
          <w:jc w:val="center"/>
        </w:trPr>
        <w:tc>
          <w:tcPr>
            <w:tcW w:w="9865" w:type="dxa"/>
            <w:tcBorders>
              <w:top w:val="single" w:sz="5" w:space="0" w:color="CCDADD"/>
              <w:left w:val="single" w:sz="5" w:space="0" w:color="CCDADD"/>
              <w:bottom w:val="single" w:sz="5" w:space="0" w:color="CCDADD"/>
              <w:right w:val="single" w:sz="5" w:space="0" w:color="CCDADD"/>
            </w:tcBorders>
            <w:shd w:val="clear" w:color="auto" w:fill="F0F6F7"/>
            <w:tcMar>
              <w:top w:w="50" w:type="dxa"/>
              <w:left w:w="110" w:type="dxa"/>
              <w:bottom w:w="50" w:type="dxa"/>
              <w:right w:w="110" w:type="dxa"/>
            </w:tcMar>
          </w:tcPr>
          <w:p w14:paraId="410E444B" w14:textId="77777777" w:rsidR="0077211A" w:rsidRDefault="0077211A" w:rsidP="006E5068">
            <w:pPr>
              <w:spacing w:after="40" w:line="240" w:lineRule="auto"/>
            </w:pPr>
            <w:r>
              <w:rPr>
                <w:b/>
                <w:color w:val="283E65"/>
                <w:sz w:val="18"/>
              </w:rPr>
              <w:t>Date (DD / MM / YYYY)</w:t>
            </w:r>
          </w:p>
          <w:p w14:paraId="5B5EBDAC" w14:textId="77777777" w:rsidR="0077211A" w:rsidRDefault="00000000" w:rsidP="006E5068">
            <w:pPr>
              <w:spacing w:after="0" w:line="240" w:lineRule="auto"/>
            </w:pPr>
            <w:sdt>
              <w:sdtPr>
                <w:alias w:val="Date (DD / MM / YYYY)"/>
                <w:tag w:val="Date (DD / MM / YYYY)"/>
                <w:id w:val="261"/>
                <w:text/>
              </w:sdtPr>
              <w:sdtContent>
                <w:r w:rsidR="0077211A">
                  <w:t xml:space="preserve">                     </w:t>
                </w:r>
              </w:sdtContent>
            </w:sdt>
          </w:p>
        </w:tc>
      </w:tr>
    </w:tbl>
    <w:p w14:paraId="675F34B7" w14:textId="77777777" w:rsidR="0077211A" w:rsidRDefault="0077211A" w:rsidP="0077211A">
      <w:pPr>
        <w:spacing w:after="60" w:line="40" w:lineRule="exact"/>
      </w:pPr>
    </w:p>
    <w:p w14:paraId="4A764EBC" w14:textId="77777777" w:rsidR="0077211A" w:rsidRDefault="0077211A" w:rsidP="0077211A">
      <w:pPr>
        <w:spacing w:after="140"/>
      </w:pPr>
      <w:r>
        <w:rPr>
          <w:sz w:val="19"/>
        </w:rPr>
        <w:t>You are encouraged to attend appointments with your child. If you have questions about enrolment or would like to attend an appointment, contact the dental team or call into the clinic.</w:t>
      </w:r>
    </w:p>
    <w:p w14:paraId="1D38CE77" w14:textId="77777777" w:rsidR="0077211A" w:rsidRDefault="0077211A" w:rsidP="0077211A">
      <w:pPr>
        <w:pageBreakBefore/>
        <w:spacing w:after="100"/>
      </w:pPr>
      <w:proofErr w:type="gramStart"/>
      <w:r>
        <w:rPr>
          <w:b/>
          <w:color w:val="087B83"/>
          <w:sz w:val="16"/>
        </w:rPr>
        <w:lastRenderedPageBreak/>
        <w:t>12  /</w:t>
      </w:r>
      <w:proofErr w:type="gramEnd"/>
      <w:r>
        <w:rPr>
          <w:b/>
          <w:color w:val="087B83"/>
          <w:sz w:val="16"/>
        </w:rPr>
        <w:t xml:space="preserve">  KEEP FOR REFERENCE</w:t>
      </w:r>
    </w:p>
    <w:p w14:paraId="27557F3A" w14:textId="77777777" w:rsidR="0077211A" w:rsidRDefault="0077211A" w:rsidP="0077211A">
      <w:pPr>
        <w:pStyle w:val="Heading1"/>
      </w:pPr>
      <w:r>
        <w:t>Oral health information</w:t>
      </w:r>
    </w:p>
    <w:p w14:paraId="15FE9F4D" w14:textId="77777777" w:rsidR="0077211A" w:rsidRDefault="0077211A" w:rsidP="0077211A">
      <w:pPr>
        <w:spacing w:after="160"/>
      </w:pPr>
      <w:r>
        <w:t xml:space="preserve">Keep this page for future reference. Information supplied in the current Te Whatu Ora Te Tai </w:t>
      </w:r>
      <w:proofErr w:type="spellStart"/>
      <w:r>
        <w:t>Tokerau</w:t>
      </w:r>
      <w:proofErr w:type="spellEnd"/>
      <w:r>
        <w:t xml:space="preserve"> Oral Health Service forms.</w:t>
      </w:r>
    </w:p>
    <w:p w14:paraId="64320E88" w14:textId="77777777" w:rsidR="0077211A" w:rsidRDefault="0077211A" w:rsidP="0077211A">
      <w:pPr>
        <w:spacing w:after="140"/>
      </w:pPr>
      <w:r>
        <w:rPr>
          <w:sz w:val="19"/>
        </w:rPr>
        <w:t>The enrolment consent on page 7 covers examinations, X-rays and preventive care. If further treatment is needed, the dental team will explain it and ask for further consent before it begins.</w:t>
      </w:r>
    </w:p>
    <w:p w14:paraId="6F647522" w14:textId="77777777" w:rsidR="0077211A" w:rsidRDefault="0077211A" w:rsidP="0077211A">
      <w:pPr>
        <w:spacing w:after="140" w:line="250" w:lineRule="auto"/>
      </w:pPr>
      <w:r>
        <w:rPr>
          <w:b/>
          <w:color w:val="087B83"/>
          <w:sz w:val="20"/>
        </w:rPr>
        <w:t xml:space="preserve">Fluoride </w:t>
      </w:r>
      <w:proofErr w:type="gramStart"/>
      <w:r>
        <w:rPr>
          <w:b/>
          <w:color w:val="087B83"/>
          <w:sz w:val="20"/>
        </w:rPr>
        <w:t xml:space="preserve">varnish  </w:t>
      </w:r>
      <w:r>
        <w:rPr>
          <w:sz w:val="20"/>
        </w:rPr>
        <w:t>A</w:t>
      </w:r>
      <w:proofErr w:type="gramEnd"/>
      <w:r>
        <w:rPr>
          <w:sz w:val="20"/>
        </w:rPr>
        <w:t xml:space="preserve"> fluoride paste applied to selected tooth surfaces to protect teeth with early signs of decay, or teeth that are particularly vulnerable to decay.</w:t>
      </w:r>
    </w:p>
    <w:p w14:paraId="7BEE919C" w14:textId="77777777" w:rsidR="0077211A" w:rsidRDefault="0077211A" w:rsidP="0077211A">
      <w:pPr>
        <w:spacing w:after="140" w:line="250" w:lineRule="auto"/>
      </w:pPr>
      <w:r>
        <w:rPr>
          <w:b/>
          <w:color w:val="087B83"/>
          <w:sz w:val="20"/>
        </w:rPr>
        <w:t xml:space="preserve">Fissure </w:t>
      </w:r>
      <w:proofErr w:type="gramStart"/>
      <w:r>
        <w:rPr>
          <w:b/>
          <w:color w:val="087B83"/>
          <w:sz w:val="20"/>
        </w:rPr>
        <w:t xml:space="preserve">sealant  </w:t>
      </w:r>
      <w:r>
        <w:rPr>
          <w:sz w:val="20"/>
        </w:rPr>
        <w:t>A</w:t>
      </w:r>
      <w:proofErr w:type="gramEnd"/>
      <w:r>
        <w:rPr>
          <w:sz w:val="20"/>
        </w:rPr>
        <w:t xml:space="preserve"> tooth-</w:t>
      </w:r>
      <w:proofErr w:type="spellStart"/>
      <w:r>
        <w:rPr>
          <w:sz w:val="20"/>
        </w:rPr>
        <w:t>coloured</w:t>
      </w:r>
      <w:proofErr w:type="spellEnd"/>
      <w:r>
        <w:rPr>
          <w:sz w:val="20"/>
        </w:rPr>
        <w:t xml:space="preserve"> coating applied to the chewing surfaces and sides of teeth that are at risk of decay. It is a simple procedure that does not require local </w:t>
      </w:r>
      <w:proofErr w:type="spellStart"/>
      <w:r>
        <w:rPr>
          <w:sz w:val="20"/>
        </w:rPr>
        <w:t>anaesthetic</w:t>
      </w:r>
      <w:proofErr w:type="spellEnd"/>
      <w:r>
        <w:rPr>
          <w:sz w:val="20"/>
        </w:rPr>
        <w:t>. It contains fluoride to help protect teeth. A temporary pink sealant may be used on a partly erupted tooth and gradually wears away over about two years.</w:t>
      </w:r>
    </w:p>
    <w:p w14:paraId="0A54FC0B" w14:textId="77777777" w:rsidR="0077211A" w:rsidRDefault="0077211A" w:rsidP="0077211A">
      <w:pPr>
        <w:spacing w:after="140" w:line="250" w:lineRule="auto"/>
      </w:pPr>
      <w:r>
        <w:rPr>
          <w:b/>
          <w:color w:val="087B83"/>
          <w:sz w:val="20"/>
        </w:rPr>
        <w:t>Glass ionomer cement (</w:t>
      </w:r>
      <w:proofErr w:type="gramStart"/>
      <w:r>
        <w:rPr>
          <w:b/>
          <w:color w:val="087B83"/>
          <w:sz w:val="20"/>
        </w:rPr>
        <w:t xml:space="preserve">GIC)  </w:t>
      </w:r>
      <w:r>
        <w:rPr>
          <w:sz w:val="20"/>
        </w:rPr>
        <w:t>A</w:t>
      </w:r>
      <w:proofErr w:type="gramEnd"/>
      <w:r>
        <w:rPr>
          <w:sz w:val="20"/>
        </w:rPr>
        <w:t xml:space="preserve"> tooth-</w:t>
      </w:r>
      <w:proofErr w:type="spellStart"/>
      <w:r>
        <w:rPr>
          <w:sz w:val="20"/>
        </w:rPr>
        <w:t>coloured</w:t>
      </w:r>
      <w:proofErr w:type="spellEnd"/>
      <w:r>
        <w:rPr>
          <w:sz w:val="20"/>
        </w:rPr>
        <w:t xml:space="preserve"> material used to help prevent decay and fill teeth, mostly baby teeth. It is usually not the preferred filling material for permanent adult teeth because it is not as strong as composite. It contains fluoride. A pink version may indicate a temporary filling that could need further treatment.</w:t>
      </w:r>
    </w:p>
    <w:p w14:paraId="7955FAE6" w14:textId="77777777" w:rsidR="0077211A" w:rsidRDefault="0077211A" w:rsidP="0077211A">
      <w:pPr>
        <w:spacing w:after="140" w:line="250" w:lineRule="auto"/>
      </w:pPr>
      <w:r>
        <w:rPr>
          <w:b/>
          <w:color w:val="087B83"/>
          <w:sz w:val="20"/>
        </w:rPr>
        <w:t xml:space="preserve">Composite </w:t>
      </w:r>
      <w:proofErr w:type="gramStart"/>
      <w:r>
        <w:rPr>
          <w:b/>
          <w:color w:val="087B83"/>
          <w:sz w:val="20"/>
        </w:rPr>
        <w:t xml:space="preserve">fillings  </w:t>
      </w:r>
      <w:r>
        <w:rPr>
          <w:sz w:val="20"/>
        </w:rPr>
        <w:t>Strong</w:t>
      </w:r>
      <w:proofErr w:type="gramEnd"/>
      <w:r>
        <w:rPr>
          <w:sz w:val="20"/>
        </w:rPr>
        <w:t>, tooth-</w:t>
      </w:r>
      <w:proofErr w:type="spellStart"/>
      <w:r>
        <w:rPr>
          <w:sz w:val="20"/>
        </w:rPr>
        <w:t>coloured</w:t>
      </w:r>
      <w:proofErr w:type="spellEnd"/>
      <w:r>
        <w:rPr>
          <w:sz w:val="20"/>
        </w:rPr>
        <w:t xml:space="preserve"> fillings suitable for front and back permanent adult teeth. They contain a small amount of fluoride for extra protection.</w:t>
      </w:r>
    </w:p>
    <w:p w14:paraId="72873FA4" w14:textId="77777777" w:rsidR="0077211A" w:rsidRDefault="0077211A" w:rsidP="0077211A">
      <w:pPr>
        <w:spacing w:after="140" w:line="250" w:lineRule="auto"/>
      </w:pPr>
      <w:r>
        <w:rPr>
          <w:b/>
          <w:color w:val="087B83"/>
          <w:sz w:val="20"/>
        </w:rPr>
        <w:t xml:space="preserve">Stainless steel </w:t>
      </w:r>
      <w:proofErr w:type="gramStart"/>
      <w:r>
        <w:rPr>
          <w:b/>
          <w:color w:val="087B83"/>
          <w:sz w:val="20"/>
        </w:rPr>
        <w:t xml:space="preserve">crowns  </w:t>
      </w:r>
      <w:r>
        <w:rPr>
          <w:sz w:val="20"/>
        </w:rPr>
        <w:t>Pre</w:t>
      </w:r>
      <w:proofErr w:type="gramEnd"/>
      <w:r>
        <w:rPr>
          <w:sz w:val="20"/>
        </w:rPr>
        <w:t xml:space="preserve">-formed, tooth-shaped </w:t>
      </w:r>
      <w:proofErr w:type="gramStart"/>
      <w:r>
        <w:rPr>
          <w:sz w:val="20"/>
        </w:rPr>
        <w:t>stainless steel</w:t>
      </w:r>
      <w:proofErr w:type="gramEnd"/>
      <w:r>
        <w:rPr>
          <w:sz w:val="20"/>
        </w:rPr>
        <w:t xml:space="preserve"> crowns used to restore heavily decayed or heavily filled back baby teeth.</w:t>
      </w:r>
    </w:p>
    <w:p w14:paraId="49A15A9B" w14:textId="77777777" w:rsidR="0077211A" w:rsidRDefault="0077211A" w:rsidP="0077211A">
      <w:pPr>
        <w:spacing w:after="140" w:line="250" w:lineRule="auto"/>
      </w:pPr>
      <w:r>
        <w:rPr>
          <w:b/>
          <w:color w:val="087B83"/>
          <w:sz w:val="20"/>
        </w:rPr>
        <w:t xml:space="preserve">Local </w:t>
      </w:r>
      <w:proofErr w:type="spellStart"/>
      <w:proofErr w:type="gramStart"/>
      <w:r>
        <w:rPr>
          <w:b/>
          <w:color w:val="087B83"/>
          <w:sz w:val="20"/>
        </w:rPr>
        <w:t>anaesthetic</w:t>
      </w:r>
      <w:proofErr w:type="spellEnd"/>
      <w:r>
        <w:rPr>
          <w:b/>
          <w:color w:val="087B83"/>
          <w:sz w:val="20"/>
        </w:rPr>
        <w:t xml:space="preserve">  </w:t>
      </w:r>
      <w:r>
        <w:rPr>
          <w:sz w:val="20"/>
        </w:rPr>
        <w:t>An</w:t>
      </w:r>
      <w:proofErr w:type="gramEnd"/>
      <w:r>
        <w:rPr>
          <w:sz w:val="20"/>
        </w:rPr>
        <w:t xml:space="preserve"> injection into the gum that numbs the tooth and surrounding tissues so dental treatment can be carried out without pain.</w:t>
      </w:r>
    </w:p>
    <w:p w14:paraId="4E1DD907" w14:textId="77777777" w:rsidR="0077211A" w:rsidRDefault="0077211A" w:rsidP="0077211A">
      <w:pPr>
        <w:spacing w:after="140" w:line="250" w:lineRule="auto"/>
      </w:pPr>
      <w:r>
        <w:rPr>
          <w:b/>
          <w:color w:val="087B83"/>
          <w:sz w:val="20"/>
        </w:rPr>
        <w:t>Dental radiographs / X-</w:t>
      </w:r>
      <w:proofErr w:type="gramStart"/>
      <w:r>
        <w:rPr>
          <w:b/>
          <w:color w:val="087B83"/>
          <w:sz w:val="20"/>
        </w:rPr>
        <w:t xml:space="preserve">rays  </w:t>
      </w:r>
      <w:r>
        <w:rPr>
          <w:sz w:val="20"/>
        </w:rPr>
        <w:t>Part</w:t>
      </w:r>
      <w:proofErr w:type="gramEnd"/>
      <w:r>
        <w:rPr>
          <w:sz w:val="20"/>
        </w:rPr>
        <w:t xml:space="preserve"> of routine dental examinations. They help diagnose and detect early decay that cannot be seen by eye, and other issues such as missing or extra teeth.</w:t>
      </w:r>
    </w:p>
    <w:p w14:paraId="6A1BD0E2" w14:textId="77777777" w:rsidR="0077211A" w:rsidRDefault="0077211A" w:rsidP="0077211A">
      <w:pPr>
        <w:spacing w:after="140" w:line="250" w:lineRule="auto"/>
      </w:pPr>
      <w:r>
        <w:rPr>
          <w:b/>
          <w:color w:val="087B83"/>
          <w:sz w:val="20"/>
        </w:rPr>
        <w:t xml:space="preserve">Clean and </w:t>
      </w:r>
      <w:proofErr w:type="gramStart"/>
      <w:r>
        <w:rPr>
          <w:b/>
          <w:color w:val="087B83"/>
          <w:sz w:val="20"/>
        </w:rPr>
        <w:t xml:space="preserve">scale  </w:t>
      </w:r>
      <w:r>
        <w:rPr>
          <w:sz w:val="20"/>
        </w:rPr>
        <w:t>Removal</w:t>
      </w:r>
      <w:proofErr w:type="gramEnd"/>
      <w:r>
        <w:rPr>
          <w:sz w:val="20"/>
        </w:rPr>
        <w:t xml:space="preserve"> of stains and hard debris from tooth surfaces.</w:t>
      </w:r>
    </w:p>
    <w:p w14:paraId="48296B28" w14:textId="77777777" w:rsidR="0077211A" w:rsidRDefault="0077211A" w:rsidP="0077211A">
      <w:pPr>
        <w:spacing w:after="140" w:line="250" w:lineRule="auto"/>
      </w:pPr>
      <w:proofErr w:type="gramStart"/>
      <w:r>
        <w:rPr>
          <w:b/>
          <w:color w:val="087B83"/>
          <w:sz w:val="20"/>
        </w:rPr>
        <w:t xml:space="preserve">Pulpotomy  </w:t>
      </w:r>
      <w:r>
        <w:rPr>
          <w:sz w:val="20"/>
        </w:rPr>
        <w:t>A</w:t>
      </w:r>
      <w:proofErr w:type="gramEnd"/>
      <w:r>
        <w:rPr>
          <w:sz w:val="20"/>
        </w:rPr>
        <w:t xml:space="preserve"> type of root canal treatment that is sometimes carried out on baby teeth.</w:t>
      </w:r>
    </w:p>
    <w:p w14:paraId="7800BD70" w14:textId="77777777" w:rsidR="0077211A" w:rsidRDefault="0077211A" w:rsidP="0077211A">
      <w:pPr>
        <w:pStyle w:val="Heading2"/>
      </w:pPr>
      <w:r>
        <w:t>Everyday care for healthy teeth</w:t>
      </w:r>
    </w:p>
    <w:p w14:paraId="4F705EB5" w14:textId="77777777" w:rsidR="0077211A" w:rsidRDefault="0077211A" w:rsidP="0077211A">
      <w:pPr>
        <w:spacing w:after="60"/>
      </w:pPr>
      <w:r>
        <w:rPr>
          <w:sz w:val="20"/>
        </w:rPr>
        <w:t>• Brush twice daily, after breakfast and before bedtime.</w:t>
      </w:r>
    </w:p>
    <w:p w14:paraId="24EE2AAF" w14:textId="77777777" w:rsidR="0077211A" w:rsidRDefault="0077211A" w:rsidP="0077211A">
      <w:pPr>
        <w:spacing w:after="60"/>
      </w:pPr>
      <w:r>
        <w:rPr>
          <w:sz w:val="20"/>
        </w:rPr>
        <w:t>• Use a soft toothbrush and fluoridated toothpaste.</w:t>
      </w:r>
    </w:p>
    <w:p w14:paraId="5FE848C0" w14:textId="77777777" w:rsidR="0077211A" w:rsidRDefault="0077211A" w:rsidP="0077211A">
      <w:pPr>
        <w:spacing w:after="60"/>
      </w:pPr>
      <w:r>
        <w:rPr>
          <w:sz w:val="20"/>
        </w:rPr>
        <w:t>• Brush, spit, don’t rinse.</w:t>
      </w:r>
    </w:p>
    <w:p w14:paraId="6D3BCB09" w14:textId="77777777" w:rsidR="0077211A" w:rsidRDefault="0077211A" w:rsidP="0077211A">
      <w:pPr>
        <w:spacing w:after="60"/>
      </w:pPr>
      <w:r>
        <w:rPr>
          <w:sz w:val="20"/>
        </w:rPr>
        <w:t>• Water is the best drink.</w:t>
      </w:r>
    </w:p>
    <w:p w14:paraId="29E8F794" w14:textId="77777777" w:rsidR="0077211A" w:rsidRDefault="0077211A" w:rsidP="0077211A">
      <w:pPr>
        <w:spacing w:after="60"/>
      </w:pPr>
      <w:r>
        <w:rPr>
          <w:sz w:val="20"/>
        </w:rPr>
        <w:t>• Choose fresh fruit and vegetables for snacks.</w:t>
      </w:r>
    </w:p>
    <w:tbl>
      <w:tblPr>
        <w:tblW w:w="0" w:type="auto"/>
        <w:jc w:val="center"/>
        <w:tblLook w:val="04A0" w:firstRow="1" w:lastRow="0" w:firstColumn="1" w:lastColumn="0" w:noHBand="0" w:noVBand="1"/>
      </w:tblPr>
      <w:tblGrid>
        <w:gridCol w:w="9866"/>
      </w:tblGrid>
      <w:tr w:rsidR="0077211A" w14:paraId="597182E0" w14:textId="77777777" w:rsidTr="006E5068">
        <w:trPr>
          <w:jc w:val="center"/>
        </w:trPr>
        <w:tc>
          <w:tcPr>
            <w:tcW w:w="9866" w:type="dxa"/>
            <w:shd w:val="clear" w:color="auto" w:fill="F0F6F7"/>
            <w:tcMar>
              <w:top w:w="140" w:type="dxa"/>
              <w:left w:w="100" w:type="dxa"/>
              <w:bottom w:w="140" w:type="dxa"/>
              <w:right w:w="100" w:type="dxa"/>
            </w:tcMar>
          </w:tcPr>
          <w:p w14:paraId="696EC467" w14:textId="77777777" w:rsidR="0077211A" w:rsidRDefault="0077211A" w:rsidP="006E5068">
            <w:pPr>
              <w:spacing w:before="40" w:after="40"/>
            </w:pPr>
            <w:r>
              <w:rPr>
                <w:color w:val="283E65"/>
                <w:sz w:val="20"/>
              </w:rPr>
              <w:t>You are encouraged to attend dental appointments with your child. For enrolment questions or appointment arrangements, contact the dental team or call into the clinic.</w:t>
            </w:r>
          </w:p>
        </w:tc>
      </w:tr>
    </w:tbl>
    <w:p w14:paraId="7591B126" w14:textId="77777777" w:rsidR="0077211A" w:rsidRDefault="0077211A">
      <w:pPr>
        <w:spacing w:after="60" w:line="40" w:lineRule="exact"/>
      </w:pPr>
    </w:p>
    <w:p w14:paraId="20205F17" w14:textId="77777777" w:rsidR="00C32754" w:rsidRDefault="00C32754">
      <w:pPr>
        <w:spacing w:after="80" w:line="40" w:lineRule="exact"/>
      </w:pPr>
    </w:p>
    <w:sectPr w:rsidR="00C32754" w:rsidSect="00034616">
      <w:headerReference w:type="default" r:id="rId10"/>
      <w:footerReference w:type="default" r:id="rId11"/>
      <w:pgSz w:w="11906" w:h="16838"/>
      <w:pgMar w:top="935" w:right="1020" w:bottom="879" w:left="1020" w:header="369" w:footer="36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B2EE8D" w14:textId="77777777" w:rsidR="005D2047" w:rsidRDefault="005D2047">
      <w:pPr>
        <w:spacing w:after="0" w:line="240" w:lineRule="auto"/>
      </w:pPr>
      <w:r>
        <w:separator/>
      </w:r>
    </w:p>
  </w:endnote>
  <w:endnote w:type="continuationSeparator" w:id="0">
    <w:p w14:paraId="0B4EE84B" w14:textId="77777777" w:rsidR="005D2047" w:rsidRDefault="005D20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DejaVu Sans">
    <w:altName w:val="Verdan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95D6F" w14:textId="7FAF2996" w:rsidR="00C32754" w:rsidRDefault="00000000">
    <w:pPr>
      <w:pStyle w:val="Footer"/>
      <w:tabs>
        <w:tab w:val="right" w:pos="9694"/>
      </w:tabs>
    </w:pPr>
    <w:r>
      <w:rPr>
        <w:color w:val="283E65"/>
        <w:sz w:val="16"/>
      </w:rPr>
      <w:t>Kia Ngawari • Be Understanding</w:t>
    </w:r>
    <w:r>
      <w:rPr>
        <w:sz w:val="16"/>
      </w:rPr>
      <w:tab/>
      <w:t xml:space="preserve">Page </w:t>
    </w:r>
    <w:r>
      <w:fldChar w:fldCharType="begin"/>
    </w:r>
    <w:r>
      <w:instrText>PAGE</w:instrText>
    </w:r>
    <w:r>
      <w:fldChar w:fldCharType="separate"/>
    </w:r>
    <w:r w:rsidR="00C27CE2">
      <w:rPr>
        <w:noProof/>
      </w:rPr>
      <w:t>1</w:t>
    </w:r>
    <w:r>
      <w:fldChar w:fldCharType="end"/>
    </w:r>
    <w:r>
      <w:rPr>
        <w:sz w:val="16"/>
      </w:rPr>
      <w:t xml:space="preserve"> of </w:t>
    </w:r>
    <w:r>
      <w:fldChar w:fldCharType="begin"/>
    </w:r>
    <w:r>
      <w:instrText>NUMPAGES</w:instrText>
    </w:r>
    <w:r>
      <w:fldChar w:fldCharType="separate"/>
    </w:r>
    <w:r w:rsidR="00C27CE2">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2721AB" w14:textId="77777777" w:rsidR="005D2047" w:rsidRDefault="005D2047">
      <w:pPr>
        <w:spacing w:after="0" w:line="240" w:lineRule="auto"/>
      </w:pPr>
      <w:r>
        <w:separator/>
      </w:r>
    </w:p>
  </w:footnote>
  <w:footnote w:type="continuationSeparator" w:id="0">
    <w:p w14:paraId="53C6C40B" w14:textId="77777777" w:rsidR="005D2047" w:rsidRDefault="005D20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F6A64" w14:textId="77777777" w:rsidR="00C32754" w:rsidRDefault="00000000">
    <w:pPr>
      <w:pStyle w:val="Header"/>
      <w:pBdr>
        <w:bottom w:val="single" w:sz="12" w:space="0" w:color="087B83"/>
      </w:pBdr>
      <w:spacing w:after="60"/>
    </w:pPr>
    <w:r>
      <w:rPr>
        <w:b/>
        <w:color w:val="283E65"/>
        <w:sz w:val="16"/>
      </w:rPr>
      <w:t>KAITAIA PRIMARY SCHOOL</w:t>
    </w:r>
    <w:r>
      <w:rPr>
        <w:color w:val="087B83"/>
        <w:sz w:val="16"/>
      </w:rPr>
      <w:t xml:space="preserve">   |   ENROLMENT BOOKLET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52692258">
    <w:abstractNumId w:val="8"/>
  </w:num>
  <w:num w:numId="2" w16cid:durableId="1046104378">
    <w:abstractNumId w:val="6"/>
  </w:num>
  <w:num w:numId="3" w16cid:durableId="622733493">
    <w:abstractNumId w:val="5"/>
  </w:num>
  <w:num w:numId="4" w16cid:durableId="567499075">
    <w:abstractNumId w:val="4"/>
  </w:num>
  <w:num w:numId="5" w16cid:durableId="1213231599">
    <w:abstractNumId w:val="7"/>
  </w:num>
  <w:num w:numId="6" w16cid:durableId="920213248">
    <w:abstractNumId w:val="3"/>
  </w:num>
  <w:num w:numId="7" w16cid:durableId="1320117719">
    <w:abstractNumId w:val="2"/>
  </w:num>
  <w:num w:numId="8" w16cid:durableId="2147044737">
    <w:abstractNumId w:val="1"/>
  </w:num>
  <w:num w:numId="9" w16cid:durableId="6159127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947B3"/>
    <w:rsid w:val="00201BAB"/>
    <w:rsid w:val="00211604"/>
    <w:rsid w:val="0023413A"/>
    <w:rsid w:val="00243451"/>
    <w:rsid w:val="0029639D"/>
    <w:rsid w:val="00307038"/>
    <w:rsid w:val="00326F90"/>
    <w:rsid w:val="005D2047"/>
    <w:rsid w:val="00651065"/>
    <w:rsid w:val="0077211A"/>
    <w:rsid w:val="007C4644"/>
    <w:rsid w:val="00846199"/>
    <w:rsid w:val="009473C0"/>
    <w:rsid w:val="009A28EB"/>
    <w:rsid w:val="009E3DEE"/>
    <w:rsid w:val="00A25994"/>
    <w:rsid w:val="00AA1D8D"/>
    <w:rsid w:val="00AA6AF5"/>
    <w:rsid w:val="00B47730"/>
    <w:rsid w:val="00C27CE2"/>
    <w:rsid w:val="00C32754"/>
    <w:rsid w:val="00CB0664"/>
    <w:rsid w:val="00D01D4C"/>
    <w:rsid w:val="00DC6397"/>
    <w:rsid w:val="00DE215F"/>
    <w:rsid w:val="00EE6E50"/>
    <w:rsid w:val="00F05D85"/>
    <w:rsid w:val="00F97DC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B6323B2B-7E63-4E8A-BF7B-C263DC25A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rial" w:hAnsi="Arial"/>
      <w:color w:val="4C5965"/>
      <w:sz w:val="21"/>
    </w:rPr>
  </w:style>
  <w:style w:type="paragraph" w:styleId="Heading1">
    <w:name w:val="heading 1"/>
    <w:basedOn w:val="Normal"/>
    <w:next w:val="Normal"/>
    <w:link w:val="Heading1Char"/>
    <w:uiPriority w:val="9"/>
    <w:qFormat/>
    <w:rsid w:val="00FC693F"/>
    <w:pPr>
      <w:keepNext/>
      <w:keepLines/>
      <w:outlineLvl w:val="0"/>
    </w:pPr>
    <w:rPr>
      <w:rFonts w:asciiTheme="majorHAnsi" w:eastAsiaTheme="majorEastAsia" w:hAnsiTheme="majorHAnsi" w:cstheme="majorBidi"/>
      <w:b/>
      <w:bCs/>
      <w:color w:val="283E65"/>
      <w:sz w:val="46"/>
      <w:szCs w:val="28"/>
    </w:rPr>
  </w:style>
  <w:style w:type="paragraph" w:styleId="Heading2">
    <w:name w:val="heading 2"/>
    <w:basedOn w:val="Normal"/>
    <w:next w:val="Normal"/>
    <w:link w:val="Heading2Char"/>
    <w:uiPriority w:val="9"/>
    <w:unhideWhenUsed/>
    <w:qFormat/>
    <w:rsid w:val="00FC693F"/>
    <w:pPr>
      <w:keepNext/>
      <w:keepLines/>
      <w:spacing w:before="180"/>
      <w:outlineLvl w:val="1"/>
    </w:pPr>
    <w:rPr>
      <w:rFonts w:asciiTheme="majorHAnsi" w:eastAsiaTheme="majorEastAsia" w:hAnsiTheme="majorHAnsi" w:cstheme="majorBidi"/>
      <w:b/>
      <w:bCs/>
      <w:color w:val="087B83"/>
      <w:sz w:val="26"/>
      <w:szCs w:val="26"/>
    </w:rPr>
  </w:style>
  <w:style w:type="paragraph" w:styleId="Heading3">
    <w:name w:val="heading 3"/>
    <w:basedOn w:val="Normal"/>
    <w:next w:val="Normal"/>
    <w:link w:val="Heading3Char"/>
    <w:uiPriority w:val="9"/>
    <w:unhideWhenUsed/>
    <w:qFormat/>
    <w:rsid w:val="00FC693F"/>
    <w:pPr>
      <w:keepNext/>
      <w:keepLines/>
      <w:spacing w:before="180"/>
      <w:outlineLvl w:val="2"/>
    </w:pPr>
    <w:rPr>
      <w:rFonts w:asciiTheme="majorHAnsi" w:eastAsiaTheme="majorEastAsia" w:hAnsiTheme="majorHAnsi" w:cstheme="majorBidi"/>
      <w:b/>
      <w:bCs/>
      <w:color w:val="283E65"/>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before="180" w:line="240" w:lineRule="auto"/>
      <w:contextualSpacing/>
    </w:pPr>
    <w:rPr>
      <w:rFonts w:asciiTheme="majorHAnsi" w:eastAsiaTheme="majorEastAsia" w:hAnsiTheme="majorHAnsi" w:cstheme="majorBidi"/>
      <w:b/>
      <w:color w:val="283E65"/>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12</Pages>
  <Words>3166</Words>
  <Characters>18047</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21171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Kaitaia Primary School | Enrolment Booklet</dc:title>
  <dc:subject>Whānau enrolment information, health and permissions</dc:subject>
  <dc:creator>Kaitaia Primary School</dc:creator>
  <cp:keywords>enrolment, Kaitaia Primary School, whānau</cp:keywords>
  <dc:description>generated by python-docx</dc:description>
  <cp:lastModifiedBy>Brendon Morrissey</cp:lastModifiedBy>
  <cp:revision>20</cp:revision>
  <dcterms:created xsi:type="dcterms:W3CDTF">2013-12-23T23:15:00Z</dcterms:created>
  <dcterms:modified xsi:type="dcterms:W3CDTF">2026-11-02T01:32:00Z</dcterms:modified>
  <cp:category/>
</cp:coreProperties>
</file>